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713" w:rsidRDefault="00363713">
      <w:pPr>
        <w:autoSpaceDE w:val="0"/>
        <w:autoSpaceDN w:val="0"/>
        <w:spacing w:after="78" w:line="220" w:lineRule="exact"/>
      </w:pPr>
    </w:p>
    <w:p w:rsidR="00363713" w:rsidRPr="007B54AB" w:rsidRDefault="00D34CEC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363713" w:rsidRPr="007B54AB" w:rsidRDefault="00D34CEC">
      <w:pPr>
        <w:autoSpaceDE w:val="0"/>
        <w:autoSpaceDN w:val="0"/>
        <w:spacing w:before="670" w:after="0" w:line="230" w:lineRule="auto"/>
        <w:ind w:left="2076"/>
        <w:rPr>
          <w:lang w:val="ru-RU"/>
        </w:rPr>
      </w:pP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Башкортостан</w:t>
      </w:r>
    </w:p>
    <w:p w:rsidR="00363713" w:rsidRPr="007B54AB" w:rsidRDefault="00D34CEC">
      <w:pPr>
        <w:autoSpaceDE w:val="0"/>
        <w:autoSpaceDN w:val="0"/>
        <w:spacing w:before="670" w:after="0" w:line="230" w:lineRule="auto"/>
        <w:ind w:left="1926"/>
        <w:rPr>
          <w:lang w:val="ru-RU"/>
        </w:rPr>
      </w:pP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Отдел образования Администрации МР Караидельский район РБ</w:t>
      </w:r>
    </w:p>
    <w:p w:rsidR="00363713" w:rsidRPr="007B54AB" w:rsidRDefault="00D34CEC">
      <w:pPr>
        <w:autoSpaceDE w:val="0"/>
        <w:autoSpaceDN w:val="0"/>
        <w:spacing w:before="670" w:after="1376" w:line="230" w:lineRule="auto"/>
        <w:ind w:left="2034"/>
        <w:rPr>
          <w:lang w:val="ru-RU"/>
        </w:rPr>
      </w:pP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МОБУ </w:t>
      </w:r>
      <w:proofErr w:type="spell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Староакбуляковская</w:t>
      </w:r>
      <w:proofErr w:type="spell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ООШ МР Караидельский район РБ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82"/>
        <w:gridCol w:w="3440"/>
        <w:gridCol w:w="2720"/>
      </w:tblGrid>
      <w:tr w:rsidR="00363713">
        <w:trPr>
          <w:trHeight w:hRule="exact" w:val="274"/>
        </w:trPr>
        <w:tc>
          <w:tcPr>
            <w:tcW w:w="3182" w:type="dxa"/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48" w:after="0" w:line="230" w:lineRule="auto"/>
              <w:ind w:left="3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4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363713">
        <w:trPr>
          <w:trHeight w:hRule="exact" w:val="276"/>
        </w:trPr>
        <w:tc>
          <w:tcPr>
            <w:tcW w:w="3182" w:type="dxa"/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МО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учителей начальных классов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</w:tbl>
    <w:p w:rsidR="00363713" w:rsidRDefault="00363713">
      <w:pPr>
        <w:autoSpaceDE w:val="0"/>
        <w:autoSpaceDN w:val="0"/>
        <w:spacing w:after="0" w:line="60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620"/>
        <w:gridCol w:w="3320"/>
      </w:tblGrid>
      <w:tr w:rsidR="00363713">
        <w:trPr>
          <w:trHeight w:hRule="exact" w:val="362"/>
        </w:trPr>
        <w:tc>
          <w:tcPr>
            <w:tcW w:w="3122" w:type="dxa"/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______________Султанова З.Н.</w:t>
            </w:r>
          </w:p>
        </w:tc>
        <w:tc>
          <w:tcPr>
            <w:tcW w:w="3620" w:type="dxa"/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60" w:after="0" w:line="230" w:lineRule="auto"/>
              <w:ind w:left="3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______________Мугалимова Г.Ф.</w:t>
            </w:r>
          </w:p>
        </w:tc>
        <w:tc>
          <w:tcPr>
            <w:tcW w:w="3320" w:type="dxa"/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______________Хайдарова Р.М.</w:t>
            </w:r>
          </w:p>
        </w:tc>
      </w:tr>
      <w:tr w:rsidR="00363713">
        <w:trPr>
          <w:trHeight w:hRule="exact" w:val="420"/>
        </w:trPr>
        <w:tc>
          <w:tcPr>
            <w:tcW w:w="3122" w:type="dxa"/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10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620" w:type="dxa"/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106" w:after="0" w:line="230" w:lineRule="auto"/>
              <w:ind w:left="3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№147</w:t>
            </w:r>
          </w:p>
        </w:tc>
        <w:tc>
          <w:tcPr>
            <w:tcW w:w="3320" w:type="dxa"/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106" w:after="0" w:line="230" w:lineRule="auto"/>
              <w:ind w:left="2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№147</w:t>
            </w:r>
          </w:p>
        </w:tc>
      </w:tr>
      <w:tr w:rsidR="00363713">
        <w:trPr>
          <w:trHeight w:hRule="exact" w:val="380"/>
        </w:trPr>
        <w:tc>
          <w:tcPr>
            <w:tcW w:w="3122" w:type="dxa"/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"30" августа2022 г.</w:t>
            </w:r>
          </w:p>
        </w:tc>
        <w:tc>
          <w:tcPr>
            <w:tcW w:w="3620" w:type="dxa"/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94" w:after="0" w:line="230" w:lineRule="auto"/>
              <w:ind w:left="3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"31" августа  2022 г.</w:t>
            </w:r>
          </w:p>
        </w:tc>
        <w:tc>
          <w:tcPr>
            <w:tcW w:w="3320" w:type="dxa"/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94" w:after="0" w:line="230" w:lineRule="auto"/>
              <w:ind w:left="2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от "31"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августа2022 г.</w:t>
            </w:r>
          </w:p>
        </w:tc>
      </w:tr>
    </w:tbl>
    <w:p w:rsidR="00363713" w:rsidRDefault="00D34CEC">
      <w:pPr>
        <w:autoSpaceDE w:val="0"/>
        <w:autoSpaceDN w:val="0"/>
        <w:spacing w:before="978" w:after="0" w:line="230" w:lineRule="auto"/>
        <w:ind w:right="3640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363713" w:rsidRDefault="00D34CEC">
      <w:pPr>
        <w:autoSpaceDE w:val="0"/>
        <w:autoSpaceDN w:val="0"/>
        <w:spacing w:before="70" w:after="0" w:line="230" w:lineRule="auto"/>
        <w:ind w:right="4412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5362150)</w:t>
      </w:r>
    </w:p>
    <w:p w:rsidR="00363713" w:rsidRDefault="00D34CEC">
      <w:pPr>
        <w:autoSpaceDE w:val="0"/>
        <w:autoSpaceDN w:val="0"/>
        <w:spacing w:before="166" w:after="0" w:line="230" w:lineRule="auto"/>
        <w:ind w:right="4012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:rsidR="00363713" w:rsidRDefault="00D34CEC">
      <w:pPr>
        <w:autoSpaceDE w:val="0"/>
        <w:autoSpaceDN w:val="0"/>
        <w:spacing w:before="70" w:after="0" w:line="230" w:lineRule="auto"/>
        <w:ind w:right="4458"/>
        <w:jc w:val="right"/>
      </w:pPr>
      <w:r>
        <w:rPr>
          <w:rFonts w:ascii="Times New Roman" w:eastAsia="Times New Roman" w:hAnsi="Times New Roman"/>
          <w:color w:val="000000"/>
          <w:sz w:val="24"/>
        </w:rPr>
        <w:t>«Музыка»</w:t>
      </w:r>
    </w:p>
    <w:p w:rsidR="00363713" w:rsidRDefault="00D34CEC">
      <w:pPr>
        <w:autoSpaceDE w:val="0"/>
        <w:autoSpaceDN w:val="0"/>
        <w:spacing w:before="670" w:after="0" w:line="230" w:lineRule="auto"/>
        <w:ind w:right="2672"/>
        <w:jc w:val="right"/>
      </w:pPr>
      <w:r>
        <w:rPr>
          <w:rFonts w:ascii="Times New Roman" w:eastAsia="Times New Roman" w:hAnsi="Times New Roman"/>
          <w:color w:val="000000"/>
          <w:sz w:val="24"/>
        </w:rPr>
        <w:t>для 1 класса начального общего образования</w:t>
      </w:r>
    </w:p>
    <w:p w:rsidR="00363713" w:rsidRDefault="00D34CEC">
      <w:pPr>
        <w:autoSpaceDE w:val="0"/>
        <w:autoSpaceDN w:val="0"/>
        <w:spacing w:before="70" w:after="0" w:line="230" w:lineRule="auto"/>
        <w:ind w:right="3610"/>
        <w:jc w:val="right"/>
      </w:pPr>
      <w:r>
        <w:rPr>
          <w:rFonts w:ascii="Times New Roman" w:eastAsia="Times New Roman" w:hAnsi="Times New Roman"/>
          <w:color w:val="000000"/>
          <w:sz w:val="24"/>
        </w:rPr>
        <w:t>на 2022-2023  учебный год</w:t>
      </w:r>
    </w:p>
    <w:p w:rsidR="00363713" w:rsidRDefault="00D34CEC">
      <w:pPr>
        <w:autoSpaceDE w:val="0"/>
        <w:autoSpaceDN w:val="0"/>
        <w:spacing w:before="2112" w:after="0" w:line="230" w:lineRule="auto"/>
        <w:ind w:right="34"/>
        <w:jc w:val="right"/>
      </w:pPr>
      <w:r>
        <w:rPr>
          <w:rFonts w:ascii="Times New Roman" w:eastAsia="Times New Roman" w:hAnsi="Times New Roman"/>
          <w:color w:val="000000"/>
          <w:sz w:val="24"/>
        </w:rPr>
        <w:t>Составитель: Мустафина Залифя Ханисовна</w:t>
      </w:r>
    </w:p>
    <w:p w:rsidR="00363713" w:rsidRDefault="00D34CEC">
      <w:pPr>
        <w:autoSpaceDE w:val="0"/>
        <w:autoSpaceDN w:val="0"/>
        <w:spacing w:before="70" w:after="0" w:line="230" w:lineRule="auto"/>
        <w:ind w:right="20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учитель начальных классов</w:t>
      </w:r>
    </w:p>
    <w:p w:rsidR="00363713" w:rsidRDefault="00D34CEC">
      <w:pPr>
        <w:autoSpaceDE w:val="0"/>
        <w:autoSpaceDN w:val="0"/>
        <w:spacing w:before="2830" w:after="0" w:line="230" w:lineRule="auto"/>
        <w:ind w:right="3854"/>
        <w:jc w:val="right"/>
      </w:pPr>
      <w:r>
        <w:rPr>
          <w:rFonts w:ascii="Times New Roman" w:eastAsia="Times New Roman" w:hAnsi="Times New Roman"/>
          <w:color w:val="000000"/>
          <w:sz w:val="24"/>
        </w:rPr>
        <w:t>Старый Акбуляк 2022</w:t>
      </w:r>
    </w:p>
    <w:p w:rsidR="00363713" w:rsidRDefault="00363713">
      <w:pPr>
        <w:sectPr w:rsidR="00363713">
          <w:pgSz w:w="11900" w:h="16840"/>
          <w:pgMar w:top="298" w:right="880" w:bottom="296" w:left="738" w:header="720" w:footer="720" w:gutter="0"/>
          <w:cols w:space="720" w:equalWidth="0">
            <w:col w:w="10282" w:space="0"/>
          </w:cols>
          <w:docGrid w:linePitch="360"/>
        </w:sectPr>
      </w:pPr>
    </w:p>
    <w:p w:rsidR="00363713" w:rsidRDefault="00363713">
      <w:pPr>
        <w:sectPr w:rsidR="00363713">
          <w:pgSz w:w="11900" w:h="16840"/>
          <w:pgMar w:top="1440" w:right="1440" w:bottom="1440" w:left="1440" w:header="720" w:footer="720" w:gutter="0"/>
          <w:cols w:space="720" w:equalWidth="0">
            <w:col w:w="10282" w:space="0"/>
          </w:cols>
          <w:docGrid w:linePitch="360"/>
        </w:sectPr>
      </w:pPr>
    </w:p>
    <w:p w:rsidR="00363713" w:rsidRDefault="00363713">
      <w:pPr>
        <w:autoSpaceDE w:val="0"/>
        <w:autoSpaceDN w:val="0"/>
        <w:spacing w:after="78" w:line="220" w:lineRule="exact"/>
      </w:pPr>
    </w:p>
    <w:p w:rsidR="00363713" w:rsidRDefault="00D34CEC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363713" w:rsidRPr="007B54AB" w:rsidRDefault="00D34CEC">
      <w:pPr>
        <w:autoSpaceDE w:val="0"/>
        <w:autoSpaceDN w:val="0"/>
        <w:spacing w:before="346" w:after="0" w:line="286" w:lineRule="auto"/>
        <w:ind w:firstLine="180"/>
        <w:rPr>
          <w:lang w:val="ru-RU"/>
        </w:rPr>
      </w:pPr>
      <w:proofErr w:type="gram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музыке на уровне 1 класса начального общего образования составлена на основе «Требований к результатам освоения основной образовательной программы», представленных 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ктеристики планируемых результатов духовно-нравственного развития, воспитания и социализации </w:t>
      </w:r>
      <w:r w:rsidRPr="007B54AB">
        <w:rPr>
          <w:lang w:val="ru-RU"/>
        </w:rPr>
        <w:br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обучающихся, представленной</w:t>
      </w:r>
      <w:proofErr w:type="gram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в </w:t>
      </w:r>
      <w:proofErr w:type="gram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Примерной</w:t>
      </w:r>
      <w:proofErr w:type="gram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про-грамме воспитания (одобрено решением ФУМО от 02.06.2020). Программа разработана с учётом актуальных целей и задач обуч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ения и воспитания, развития обучающихся и условий, необходимых для достижения личностных, </w:t>
      </w:r>
      <w:proofErr w:type="spell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при освоении предметной области «Искусство» (Музыка).</w:t>
      </w:r>
    </w:p>
    <w:p w:rsidR="00363713" w:rsidRPr="007B54AB" w:rsidRDefault="00D34CEC">
      <w:pPr>
        <w:autoSpaceDE w:val="0"/>
        <w:autoSpaceDN w:val="0"/>
        <w:spacing w:before="262" w:after="0" w:line="230" w:lineRule="auto"/>
        <w:rPr>
          <w:lang w:val="ru-RU"/>
        </w:rPr>
      </w:pPr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«МУЗЫКА»</w:t>
      </w:r>
    </w:p>
    <w:p w:rsidR="00363713" w:rsidRPr="007B54AB" w:rsidRDefault="00D34CEC">
      <w:pPr>
        <w:autoSpaceDE w:val="0"/>
        <w:autoSpaceDN w:val="0"/>
        <w:spacing w:before="166" w:after="0" w:line="271" w:lineRule="auto"/>
        <w:ind w:right="576" w:firstLine="180"/>
        <w:rPr>
          <w:lang w:val="ru-RU"/>
        </w:rPr>
      </w:pP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Музыка является неотъемл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емой частью культурного наследия, универсальным способом коммуникации. Особенно важна музыка для становления личности младшего школьника — как способ, форма и опыт самовыражения и естественного радостного мировосприятия.</w:t>
      </w:r>
    </w:p>
    <w:p w:rsidR="00363713" w:rsidRPr="007B54AB" w:rsidRDefault="00D34CEC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В течение периода начального общего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 должны быть п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др.). При этом наиболее эффективной формой освоения музыкаль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ного искусства является практическое </w:t>
      </w:r>
      <w:proofErr w:type="spell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музицирование</w:t>
      </w:r>
      <w:proofErr w:type="spell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— пение, игра на доступных музыкальных инструментах, различные формы музыкального движения. В ходе активной </w:t>
      </w:r>
      <w:r w:rsidRPr="007B54AB">
        <w:rPr>
          <w:lang w:val="ru-RU"/>
        </w:rPr>
        <w:br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музыкальной деятельности происходит постепенное освоение элементов музыкального языка, понимание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основных жанровых особенностей, принципов и форм развития музыки.</w:t>
      </w:r>
    </w:p>
    <w:p w:rsidR="00363713" w:rsidRPr="007B54AB" w:rsidRDefault="00D34CEC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ной терминологии и т. п.). Однако этот уровень содержания обучения не является главным.</w:t>
      </w:r>
    </w:p>
    <w:p w:rsidR="00363713" w:rsidRPr="007B54AB" w:rsidRDefault="00D34CEC">
      <w:pPr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другим людям, которые несёт в себе музыка как «искусство интонируемого смысла» (Б. В. Асафьев).</w:t>
      </w:r>
    </w:p>
    <w:p w:rsidR="00363713" w:rsidRPr="007B54AB" w:rsidRDefault="00D34CEC">
      <w:pPr>
        <w:autoSpaceDE w:val="0"/>
        <w:autoSpaceDN w:val="0"/>
        <w:spacing w:before="72" w:after="0" w:line="281" w:lineRule="auto"/>
        <w:ind w:right="144" w:firstLine="180"/>
        <w:rPr>
          <w:lang w:val="ru-RU"/>
        </w:rPr>
      </w:pP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Свойственная музыкальному восприятию идентификация с лирическим героем произведения (В. В. </w:t>
      </w:r>
      <w:proofErr w:type="spell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Медушевский</w:t>
      </w:r>
      <w:proofErr w:type="spell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) является уникальным психологическим механизмом для форми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рования мировоззрения ребёнка опосредованным </w:t>
      </w:r>
      <w:proofErr w:type="spell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недирективным</w:t>
      </w:r>
      <w:proofErr w:type="spell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путём. Поэтому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стеме базовых национальных ценностей.</w:t>
      </w:r>
    </w:p>
    <w:p w:rsidR="00363713" w:rsidRPr="007B54AB" w:rsidRDefault="00D34CEC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Одним из наиболее важных направлений музыкального воспитания является развитие </w:t>
      </w:r>
      <w:r w:rsidRPr="007B54AB">
        <w:rPr>
          <w:lang w:val="ru-RU"/>
        </w:rPr>
        <w:br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эмоционального интеллекта обучающихся. Через опыт чувственного восприятия и художественного исполнения музыки формируется эмоциональная ос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ознанность, рефлексивная установка личности в целом.</w:t>
      </w:r>
    </w:p>
    <w:p w:rsidR="00363713" w:rsidRPr="007B54AB" w:rsidRDefault="00D34CEC">
      <w:pPr>
        <w:autoSpaceDE w:val="0"/>
        <w:autoSpaceDN w:val="0"/>
        <w:spacing w:before="70" w:after="0"/>
        <w:ind w:firstLine="180"/>
        <w:rPr>
          <w:lang w:val="ru-RU"/>
        </w:rPr>
      </w:pP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методов, 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</w:t>
      </w:r>
    </w:p>
    <w:p w:rsidR="00363713" w:rsidRPr="007B54AB" w:rsidRDefault="00363713">
      <w:pPr>
        <w:rPr>
          <w:lang w:val="ru-RU"/>
        </w:rPr>
        <w:sectPr w:rsidR="00363713" w:rsidRPr="007B54AB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63713" w:rsidRPr="007B54AB" w:rsidRDefault="00363713">
      <w:pPr>
        <w:autoSpaceDE w:val="0"/>
        <w:autoSpaceDN w:val="0"/>
        <w:spacing w:after="72" w:line="220" w:lineRule="exact"/>
        <w:rPr>
          <w:lang w:val="ru-RU"/>
        </w:rPr>
      </w:pPr>
    </w:p>
    <w:p w:rsidR="00363713" w:rsidRPr="007B54AB" w:rsidRDefault="00D34CEC">
      <w:pPr>
        <w:autoSpaceDE w:val="0"/>
        <w:autoSpaceDN w:val="0"/>
        <w:spacing w:after="0" w:line="230" w:lineRule="auto"/>
        <w:rPr>
          <w:lang w:val="ru-RU"/>
        </w:rPr>
      </w:pP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элементов музыкального языка, композиционных принц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ипов.</w:t>
      </w:r>
    </w:p>
    <w:p w:rsidR="00363713" w:rsidRPr="007B54AB" w:rsidRDefault="00D34CEC">
      <w:pPr>
        <w:autoSpaceDE w:val="0"/>
        <w:autoSpaceDN w:val="0"/>
        <w:spacing w:before="262" w:after="0" w:line="230" w:lineRule="auto"/>
        <w:rPr>
          <w:lang w:val="ru-RU"/>
        </w:rPr>
      </w:pPr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УЧЕБНОГО ПРЕДМЕТА «МУЗЫКА»</w:t>
      </w:r>
    </w:p>
    <w:p w:rsidR="00363713" w:rsidRPr="007B54AB" w:rsidRDefault="00D34CEC">
      <w:pPr>
        <w:autoSpaceDE w:val="0"/>
        <w:autoSpaceDN w:val="0"/>
        <w:spacing w:before="166" w:after="0" w:line="271" w:lineRule="auto"/>
        <w:ind w:right="720" w:firstLine="180"/>
        <w:rPr>
          <w:lang w:val="ru-RU"/>
        </w:rPr>
      </w:pP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жизненно необходима для полноценного развития младших школьников. Признание </w:t>
      </w:r>
      <w:proofErr w:type="spell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самоценности</w:t>
      </w:r>
      <w:proofErr w:type="spell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творческого развития человека, уникального вклада искусства в образование и воспитание делает неприменим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ыми критерии утилитарности.</w:t>
      </w:r>
    </w:p>
    <w:p w:rsidR="00363713" w:rsidRPr="007B54AB" w:rsidRDefault="00D34CEC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Основная цель реализации программы — воспитание музыкальной культуры как части всей духовной культуры </w:t>
      </w:r>
      <w:proofErr w:type="gram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. Основным содержанием музыкального обучения и воспитания является личный и коллективный опыт проживания и осознани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еловека через опыт сотворчества и сопереживания).</w:t>
      </w:r>
    </w:p>
    <w:p w:rsidR="00363713" w:rsidRPr="007B54AB" w:rsidRDefault="00D34CEC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7B54AB">
        <w:rPr>
          <w:lang w:val="ru-RU"/>
        </w:rPr>
        <w:tab/>
      </w:r>
      <w:proofErr w:type="gram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процессе конкретизации учебных целей их реализация осуществляется по следующим </w:t>
      </w:r>
      <w:r w:rsidRPr="007B54AB">
        <w:rPr>
          <w:lang w:val="ru-RU"/>
        </w:rPr>
        <w:br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направлениям: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1) становление системы ценностей обучающихся в единстве эмоциональной и познавательной сферы;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2) развитие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 </w:t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3) формирование творческих способностей ребёнка, развитие внутренней мотивации к </w:t>
      </w:r>
      <w:r w:rsidRPr="007B54AB">
        <w:rPr>
          <w:lang w:val="ru-RU"/>
        </w:rPr>
        <w:br/>
      </w:r>
      <w:proofErr w:type="spell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музицированию</w:t>
      </w:r>
      <w:proofErr w:type="spell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gramEnd"/>
    </w:p>
    <w:p w:rsidR="00363713" w:rsidRPr="007B54AB" w:rsidRDefault="00D34CEC">
      <w:pPr>
        <w:autoSpaceDE w:val="0"/>
        <w:autoSpaceDN w:val="0"/>
        <w:spacing w:before="70" w:after="0" w:line="262" w:lineRule="auto"/>
        <w:ind w:left="180" w:right="432"/>
        <w:rPr>
          <w:lang w:val="ru-RU"/>
        </w:rPr>
      </w:pP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Важнейшими задачами в начальной школе являются: </w:t>
      </w:r>
      <w:r w:rsidRPr="007B54AB">
        <w:rPr>
          <w:lang w:val="ru-RU"/>
        </w:rPr>
        <w:br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1. Формирование эмоционально-ценностной отзывчивости </w:t>
      </w:r>
      <w:proofErr w:type="gram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на</w:t>
      </w:r>
      <w:proofErr w:type="gram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прекрасное в жизни и в искусстве.</w:t>
      </w:r>
    </w:p>
    <w:p w:rsidR="00363713" w:rsidRPr="007B54AB" w:rsidRDefault="00D34CEC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2. Формирование позитивного взгляда на окружающий мир, гармонизация взаимодействия с природой, общест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вом, самим собой через доступные формы </w:t>
      </w:r>
      <w:proofErr w:type="spell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музицирования</w:t>
      </w:r>
      <w:proofErr w:type="spell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363713" w:rsidRPr="007B54AB" w:rsidRDefault="00D34CEC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3. 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</w:t>
      </w:r>
    </w:p>
    <w:p w:rsidR="00363713" w:rsidRPr="007B54AB" w:rsidRDefault="00D34CEC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4. 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</w:t>
      </w:r>
    </w:p>
    <w:p w:rsidR="00363713" w:rsidRPr="007B54AB" w:rsidRDefault="00D34CEC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5. Овладение предметными умениями и навыками в различных видах </w:t>
      </w:r>
      <w:proofErr w:type="gram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пра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ктического</w:t>
      </w:r>
      <w:proofErr w:type="gram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B54AB">
        <w:rPr>
          <w:lang w:val="ru-RU"/>
        </w:rPr>
        <w:br/>
      </w:r>
      <w:proofErr w:type="spell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музицирования</w:t>
      </w:r>
      <w:proofErr w:type="spell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gram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Введение ребёнка в искусство через разнообразие видов музыкальной деятельности, в том числе: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а) Слушание (воспитание грамотного слушателя);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б) Исполнение (пение, игра на доступных музыкальных инструментах);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в) Сочинение (эл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ементы импровизации, композиции, аранжировки);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г) Музыкальное движение (пластическое интонирование, танец, двигательное моделирование и др.); </w:t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д) Исследовательские и творческие проекты.</w:t>
      </w:r>
      <w:proofErr w:type="gramEnd"/>
    </w:p>
    <w:p w:rsidR="00363713" w:rsidRPr="007B54AB" w:rsidRDefault="00D34CEC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6. Изучение закономерностей музыкального искусства: интонационная и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жанровая природа музыки, основные выразительные средства, элементы музыкального языка.</w:t>
      </w:r>
    </w:p>
    <w:p w:rsidR="00363713" w:rsidRPr="007B54AB" w:rsidRDefault="00D34CEC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7. Воспитание уважения к цивилизационному наследию России; присвоение интонационно-образного строя отечественной музыкальной культуры.</w:t>
      </w:r>
    </w:p>
    <w:p w:rsidR="00363713" w:rsidRPr="007B54AB" w:rsidRDefault="00D34CEC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8. Расширение кругозора, воспит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ание любознательности, интереса к музыкальной культуре других стран, культур, времён и народов.</w:t>
      </w:r>
    </w:p>
    <w:p w:rsidR="00363713" w:rsidRPr="007B54AB" w:rsidRDefault="00D34CEC">
      <w:pPr>
        <w:autoSpaceDE w:val="0"/>
        <w:autoSpaceDN w:val="0"/>
        <w:spacing w:before="262" w:after="0" w:line="230" w:lineRule="auto"/>
        <w:rPr>
          <w:lang w:val="ru-RU"/>
        </w:rPr>
      </w:pPr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«МУЗЫКА» В УЧЕБНОМ ПЛАНЕ</w:t>
      </w:r>
    </w:p>
    <w:p w:rsidR="00363713" w:rsidRPr="007B54AB" w:rsidRDefault="00D34CEC">
      <w:pPr>
        <w:autoSpaceDE w:val="0"/>
        <w:autoSpaceDN w:val="0"/>
        <w:spacing w:before="166" w:after="0" w:line="230" w:lineRule="auto"/>
        <w:jc w:val="center"/>
        <w:rPr>
          <w:lang w:val="ru-RU"/>
        </w:rPr>
      </w:pP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начального общего</w:t>
      </w:r>
    </w:p>
    <w:p w:rsidR="00363713" w:rsidRPr="007B54AB" w:rsidRDefault="00363713">
      <w:pPr>
        <w:rPr>
          <w:lang w:val="ru-RU"/>
        </w:rPr>
        <w:sectPr w:rsidR="00363713" w:rsidRPr="007B54AB">
          <w:pgSz w:w="11900" w:h="16840"/>
          <w:pgMar w:top="292" w:right="648" w:bottom="312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363713" w:rsidRPr="007B54AB" w:rsidRDefault="00363713">
      <w:pPr>
        <w:autoSpaceDE w:val="0"/>
        <w:autoSpaceDN w:val="0"/>
        <w:spacing w:after="72" w:line="220" w:lineRule="exact"/>
        <w:rPr>
          <w:lang w:val="ru-RU"/>
        </w:rPr>
      </w:pPr>
    </w:p>
    <w:p w:rsidR="00363713" w:rsidRPr="007B54AB" w:rsidRDefault="00D34CEC">
      <w:pPr>
        <w:tabs>
          <w:tab w:val="left" w:pos="180"/>
        </w:tabs>
        <w:autoSpaceDE w:val="0"/>
        <w:autoSpaceDN w:val="0"/>
        <w:spacing w:after="0" w:line="288" w:lineRule="auto"/>
        <w:ind w:right="288"/>
        <w:rPr>
          <w:lang w:val="ru-RU"/>
        </w:rPr>
      </w:pP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образования учебный предмет «Музыка» входит в предметную область «Искусство», является обязательным для изучения и преподаётся в начальной школе с 1 по 4 кла</w:t>
      </w:r>
      <w:proofErr w:type="gram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сс вкл</w:t>
      </w:r>
      <w:proofErr w:type="gram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ючительно. </w:t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предмета «Музыка» структурно представлено восемью модулями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</w:t>
      </w:r>
      <w:proofErr w:type="spell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област</w:t>
      </w:r>
      <w:proofErr w:type="gram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и«</w:t>
      </w:r>
      <w:proofErr w:type="gram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Искусство</w:t>
      </w:r>
      <w:proofErr w:type="spell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» на протяжении всего курса школьного обучения: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1 «Музыкальная грамота»;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2 «Народная музыка России»;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3 «Музыка народов мира»;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4 «Духовная музыка»;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5 «Классическая музыка»;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модуль № 6 «Совр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еменная музыкальная культура»;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7 «Музыка театра и кино»;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модуль № 8 «Музыка в жизни человека».</w:t>
      </w:r>
    </w:p>
    <w:p w:rsidR="00363713" w:rsidRPr="007B54AB" w:rsidRDefault="00D34CEC">
      <w:pPr>
        <w:autoSpaceDE w:val="0"/>
        <w:autoSpaceDN w:val="0"/>
        <w:spacing w:before="190" w:after="0" w:line="281" w:lineRule="auto"/>
        <w:ind w:firstLine="180"/>
        <w:rPr>
          <w:lang w:val="ru-RU"/>
        </w:rPr>
      </w:pP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предмета «Музыка» предполагает активную </w:t>
      </w:r>
      <w:proofErr w:type="spellStart"/>
      <w:proofErr w:type="gram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социо</w:t>
      </w:r>
      <w:proofErr w:type="spell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-культурную</w:t>
      </w:r>
      <w:proofErr w:type="gram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деятельность </w:t>
      </w:r>
      <w:r w:rsidRPr="007B54AB">
        <w:rPr>
          <w:lang w:val="ru-RU"/>
        </w:rPr>
        <w:br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обучающихся, участие в музыкальных праздниках, конкурсах, концертах,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театрализованных действиях, в том числе основанных на </w:t>
      </w:r>
      <w:proofErr w:type="spell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связях с такими дисциплинами </w:t>
      </w:r>
      <w:r w:rsidRPr="007B54AB">
        <w:rPr>
          <w:lang w:val="ru-RU"/>
        </w:rPr>
        <w:br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образовательной программы, как «Изобразительное искусство», «Литературное чтение»,</w:t>
      </w:r>
      <w:r w:rsidRPr="007B54AB">
        <w:rPr>
          <w:lang w:val="ru-RU"/>
        </w:rPr>
        <w:br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«Окружающий мир», «Основы религиозной культуры и светской этики», 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«Иностранный язык» и др.</w:t>
      </w:r>
    </w:p>
    <w:p w:rsidR="00363713" w:rsidRPr="007B54AB" w:rsidRDefault="00D34CEC">
      <w:pPr>
        <w:autoSpaceDE w:val="0"/>
        <w:autoSpaceDN w:val="0"/>
        <w:spacing w:before="190" w:after="0" w:line="262" w:lineRule="auto"/>
        <w:rPr>
          <w:lang w:val="ru-RU"/>
        </w:rPr>
      </w:pP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Общее число часов, отведённых на изучение предмета «Музыка» в 1 классе составляет 33 часов (не менее 1 часа в неделю).</w:t>
      </w:r>
    </w:p>
    <w:p w:rsidR="00363713" w:rsidRPr="007B54AB" w:rsidRDefault="00363713">
      <w:pPr>
        <w:rPr>
          <w:lang w:val="ru-RU"/>
        </w:rPr>
        <w:sectPr w:rsidR="00363713" w:rsidRPr="007B54AB">
          <w:pgSz w:w="11900" w:h="16840"/>
          <w:pgMar w:top="292" w:right="890" w:bottom="1440" w:left="666" w:header="720" w:footer="720" w:gutter="0"/>
          <w:cols w:space="720" w:equalWidth="0">
            <w:col w:w="10344" w:space="0"/>
          </w:cols>
          <w:docGrid w:linePitch="360"/>
        </w:sectPr>
      </w:pPr>
    </w:p>
    <w:p w:rsidR="00363713" w:rsidRPr="007B54AB" w:rsidRDefault="00363713">
      <w:pPr>
        <w:autoSpaceDE w:val="0"/>
        <w:autoSpaceDN w:val="0"/>
        <w:spacing w:after="78" w:line="220" w:lineRule="exact"/>
        <w:rPr>
          <w:lang w:val="ru-RU"/>
        </w:rPr>
      </w:pPr>
    </w:p>
    <w:p w:rsidR="00363713" w:rsidRPr="007B54AB" w:rsidRDefault="00D34CEC">
      <w:pPr>
        <w:autoSpaceDE w:val="0"/>
        <w:autoSpaceDN w:val="0"/>
        <w:spacing w:after="0" w:line="230" w:lineRule="auto"/>
        <w:rPr>
          <w:lang w:val="ru-RU"/>
        </w:rPr>
      </w:pPr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363713" w:rsidRPr="007B54AB" w:rsidRDefault="00D34CEC">
      <w:pPr>
        <w:tabs>
          <w:tab w:val="left" w:pos="180"/>
        </w:tabs>
        <w:autoSpaceDE w:val="0"/>
        <w:autoSpaceDN w:val="0"/>
        <w:spacing w:before="346" w:after="0"/>
        <w:ind w:right="576"/>
        <w:rPr>
          <w:lang w:val="ru-RU"/>
        </w:rPr>
      </w:pP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"КЛАССИЧЕСКАЯ МУЗЫКА"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Композитор </w:t>
      </w:r>
      <w:r w:rsidRPr="007B54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— исполнитель — слушатель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Кого называют композитором, исполнителем? Нужно ли учиться слушать музыку? Что </w:t>
      </w:r>
      <w:proofErr w:type="spell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значит</w:t>
      </w:r>
      <w:proofErr w:type="gram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«у</w:t>
      </w:r>
      <w:proofErr w:type="gram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меть</w:t>
      </w:r>
      <w:proofErr w:type="spell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слушать музыку»? Концерт, концертный зал. Правила поведения в концертном зале.</w:t>
      </w:r>
    </w:p>
    <w:p w:rsidR="00363713" w:rsidRPr="007B54AB" w:rsidRDefault="00D34CEC">
      <w:pPr>
        <w:tabs>
          <w:tab w:val="left" w:pos="180"/>
        </w:tabs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Композиторы — детям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Детская музыка П. И. Чайковского, 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С. С. Прокофьева, Д. Б. </w:t>
      </w:r>
      <w:proofErr w:type="spell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Кабалевского</w:t>
      </w:r>
      <w:proofErr w:type="spell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 Понятие жанра. Песня, танец, марш.</w:t>
      </w:r>
    </w:p>
    <w:p w:rsidR="00363713" w:rsidRPr="007B54AB" w:rsidRDefault="00D34CEC">
      <w:pPr>
        <w:tabs>
          <w:tab w:val="left" w:pos="180"/>
        </w:tabs>
        <w:autoSpaceDE w:val="0"/>
        <w:autoSpaceDN w:val="0"/>
        <w:spacing w:before="70" w:after="0" w:line="274" w:lineRule="auto"/>
        <w:ind w:right="432"/>
        <w:rPr>
          <w:lang w:val="ru-RU"/>
        </w:rPr>
      </w:pP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Оркестр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proofErr w:type="spellStart"/>
      <w:proofErr w:type="gram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Оркестр</w:t>
      </w:r>
      <w:proofErr w:type="spellEnd"/>
      <w:proofErr w:type="gram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— большой коллектив музыкантов. Дирижёр, партитура, репетиция. Жанр концерта </w:t>
      </w:r>
      <w:proofErr w:type="gram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—м</w:t>
      </w:r>
      <w:proofErr w:type="gram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узыкальное соревнование солиста с оркестром.</w:t>
      </w:r>
    </w:p>
    <w:p w:rsidR="00363713" w:rsidRPr="007B54AB" w:rsidRDefault="00D34CEC">
      <w:pPr>
        <w:autoSpaceDE w:val="0"/>
        <w:autoSpaceDN w:val="0"/>
        <w:spacing w:before="190" w:after="0" w:line="271" w:lineRule="auto"/>
        <w:ind w:left="180" w:right="1152"/>
        <w:rPr>
          <w:lang w:val="ru-RU"/>
        </w:rPr>
      </w:pPr>
      <w:proofErr w:type="gramStart"/>
      <w:r>
        <w:rPr>
          <w:rFonts w:ascii="Times New Roman" w:eastAsia="Times New Roman" w:hAnsi="Times New Roman"/>
          <w:b/>
          <w:color w:val="000000"/>
          <w:sz w:val="24"/>
        </w:rPr>
        <w:t>M</w:t>
      </w:r>
      <w:proofErr w:type="spellStart"/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>одуль</w:t>
      </w:r>
      <w:proofErr w:type="spellEnd"/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«МУЗЫКАЛЬНАЯ ГРАМОТА»</w:t>
      </w:r>
      <w:r w:rsidRPr="007B54AB">
        <w:rPr>
          <w:lang w:val="ru-RU"/>
        </w:rPr>
        <w:br/>
      </w:r>
      <w:r w:rsidRPr="007B54AB">
        <w:rPr>
          <w:rFonts w:ascii="Times New Roman" w:eastAsia="Times New Roman" w:hAnsi="Times New Roman"/>
          <w:i/>
          <w:color w:val="000000"/>
          <w:sz w:val="24"/>
          <w:lang w:val="ru-RU"/>
        </w:rPr>
        <w:t>Весь м</w:t>
      </w:r>
      <w:r w:rsidRPr="007B54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ир звучит </w:t>
      </w:r>
      <w:r w:rsidRPr="007B54AB">
        <w:rPr>
          <w:lang w:val="ru-RU"/>
        </w:rPr>
        <w:br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Звуки музыкальные и шумовые.</w:t>
      </w:r>
      <w:proofErr w:type="gram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Свойства звука: высота, громкость, длительность, тембр.</w:t>
      </w:r>
    </w:p>
    <w:p w:rsidR="00363713" w:rsidRPr="007B54AB" w:rsidRDefault="00D34CEC">
      <w:pPr>
        <w:autoSpaceDE w:val="0"/>
        <w:autoSpaceDN w:val="0"/>
        <w:spacing w:before="70" w:after="0" w:line="262" w:lineRule="auto"/>
        <w:ind w:left="180" w:right="4752"/>
        <w:rPr>
          <w:lang w:val="ru-RU"/>
        </w:rPr>
      </w:pPr>
      <w:r w:rsidRPr="007B54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Звукоряд </w:t>
      </w:r>
      <w:r w:rsidRPr="007B54AB">
        <w:rPr>
          <w:lang w:val="ru-RU"/>
        </w:rPr>
        <w:br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Нотный стан, скрипичный ключ. Ноты первой октавы.</w:t>
      </w:r>
    </w:p>
    <w:p w:rsidR="00363713" w:rsidRPr="007B54AB" w:rsidRDefault="00D34CEC">
      <w:pPr>
        <w:autoSpaceDE w:val="0"/>
        <w:autoSpaceDN w:val="0"/>
        <w:spacing w:before="70" w:after="0" w:line="262" w:lineRule="auto"/>
        <w:ind w:left="180" w:right="3024"/>
        <w:rPr>
          <w:lang w:val="ru-RU"/>
        </w:rPr>
      </w:pPr>
      <w:r w:rsidRPr="007B54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Размер </w:t>
      </w:r>
      <w:r w:rsidRPr="007B54AB">
        <w:rPr>
          <w:lang w:val="ru-RU"/>
        </w:rPr>
        <w:br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Равномерная пульсация. Сильные и слабые доли. Размеры 2/4, 3/4, 4/4.</w:t>
      </w:r>
    </w:p>
    <w:p w:rsidR="00363713" w:rsidRPr="007B54AB" w:rsidRDefault="00D34CEC">
      <w:pPr>
        <w:autoSpaceDE w:val="0"/>
        <w:autoSpaceDN w:val="0"/>
        <w:spacing w:before="70" w:after="0" w:line="262" w:lineRule="auto"/>
        <w:ind w:left="180" w:right="5472"/>
        <w:rPr>
          <w:lang w:val="ru-RU"/>
        </w:rPr>
      </w:pPr>
      <w:r w:rsidRPr="007B54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Интонация </w:t>
      </w:r>
      <w:r w:rsidRPr="007B54AB">
        <w:rPr>
          <w:lang w:val="ru-RU"/>
        </w:rPr>
        <w:br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Выразительные и изобразительные интонации.</w:t>
      </w:r>
    </w:p>
    <w:p w:rsidR="00363713" w:rsidRPr="007B54AB" w:rsidRDefault="00D34CEC">
      <w:pPr>
        <w:autoSpaceDE w:val="0"/>
        <w:autoSpaceDN w:val="0"/>
        <w:spacing w:before="70" w:after="0" w:line="262" w:lineRule="auto"/>
        <w:ind w:left="180" w:right="1440"/>
        <w:rPr>
          <w:lang w:val="ru-RU"/>
        </w:rPr>
      </w:pPr>
      <w:r w:rsidRPr="007B54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Ритм </w:t>
      </w:r>
      <w:r w:rsidRPr="007B54AB">
        <w:rPr>
          <w:lang w:val="ru-RU"/>
        </w:rPr>
        <w:br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Звуки длинные и короткие (восьмые и четвертные длительности), такт, тактовая черта.</w:t>
      </w:r>
    </w:p>
    <w:p w:rsidR="00363713" w:rsidRPr="007B54AB" w:rsidRDefault="00D34CEC">
      <w:pPr>
        <w:tabs>
          <w:tab w:val="left" w:pos="180"/>
        </w:tabs>
        <w:autoSpaceDE w:val="0"/>
        <w:autoSpaceDN w:val="0"/>
        <w:spacing w:before="70" w:after="0" w:line="271" w:lineRule="auto"/>
        <w:ind w:right="720"/>
        <w:rPr>
          <w:lang w:val="ru-RU"/>
        </w:rPr>
      </w:pP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Ритмический рисунок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Длительности половинная, целая, шестнадцатые. Паузы. Ритмические рисунки. Ритмическая партитура.</w:t>
      </w:r>
    </w:p>
    <w:p w:rsidR="00363713" w:rsidRPr="007B54AB" w:rsidRDefault="00D34CEC">
      <w:pPr>
        <w:tabs>
          <w:tab w:val="left" w:pos="180"/>
        </w:tabs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i/>
          <w:color w:val="000000"/>
          <w:sz w:val="24"/>
          <w:lang w:val="ru-RU"/>
        </w:rPr>
        <w:t>Му</w:t>
      </w:r>
      <w:r w:rsidRPr="007B54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зыкальный язык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Темп, тембр. Динамика (форте, пиано, крещендо, диминуэндо и др.). Штрихи (стаккато, легато, акцент и др.)</w:t>
      </w:r>
    </w:p>
    <w:p w:rsidR="00363713" w:rsidRPr="007B54AB" w:rsidRDefault="00D34CEC">
      <w:pPr>
        <w:tabs>
          <w:tab w:val="left" w:pos="180"/>
        </w:tabs>
        <w:autoSpaceDE w:val="0"/>
        <w:autoSpaceDN w:val="0"/>
        <w:spacing w:before="190" w:after="0" w:line="278" w:lineRule="auto"/>
        <w:ind w:right="144"/>
        <w:rPr>
          <w:lang w:val="ru-RU"/>
        </w:rPr>
      </w:pP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«МУЗЫКА В ЖИЗНИ ЧЕЛОВЕКА»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Главный музыкальный символ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Гимн России — главный музыкальный символ нашей страны. Традиции испол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нения Гимна России. Другие гимны.</w:t>
      </w:r>
    </w:p>
    <w:p w:rsidR="00363713" w:rsidRPr="007B54AB" w:rsidRDefault="00D34CEC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B54AB">
        <w:rPr>
          <w:rFonts w:ascii="Times New Roman" w:eastAsia="Times New Roman" w:hAnsi="Times New Roman"/>
          <w:i/>
          <w:color w:val="000000"/>
          <w:sz w:val="24"/>
          <w:lang w:val="ru-RU"/>
        </w:rPr>
        <w:t>Какой же праздник без музыки?</w:t>
      </w:r>
    </w:p>
    <w:p w:rsidR="00363713" w:rsidRPr="007B54AB" w:rsidRDefault="00D34CEC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Музыка, создающая настроение праздника. Музыка в цирке, на уличном шествии, спортивном празднике.</w:t>
      </w:r>
    </w:p>
    <w:p w:rsidR="00363713" w:rsidRPr="007B54AB" w:rsidRDefault="00D34CEC">
      <w:pPr>
        <w:autoSpaceDE w:val="0"/>
        <w:autoSpaceDN w:val="0"/>
        <w:spacing w:before="70" w:after="0" w:line="262" w:lineRule="auto"/>
        <w:ind w:left="180" w:right="432"/>
        <w:rPr>
          <w:lang w:val="ru-RU"/>
        </w:rPr>
      </w:pPr>
      <w:r w:rsidRPr="007B54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Танцы, игры и веселье </w:t>
      </w:r>
      <w:r w:rsidRPr="007B54AB">
        <w:rPr>
          <w:lang w:val="ru-RU"/>
        </w:rPr>
        <w:br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— игра звуками. Танец — искусство и радость движения. Примеры 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популярных танцев.</w:t>
      </w:r>
    </w:p>
    <w:p w:rsidR="00363713" w:rsidRPr="007B54AB" w:rsidRDefault="00D34CEC">
      <w:pPr>
        <w:tabs>
          <w:tab w:val="left" w:pos="180"/>
        </w:tabs>
        <w:autoSpaceDE w:val="0"/>
        <w:autoSpaceDN w:val="0"/>
        <w:spacing w:before="190" w:after="0" w:line="283" w:lineRule="auto"/>
        <w:ind w:right="432"/>
        <w:rPr>
          <w:lang w:val="ru-RU"/>
        </w:rPr>
      </w:pP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«НАРОДНАЯ МУЗЫКА РОССИИ»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Край, в котором ты живёшь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Музыкальные традиции малой Родины. Песни, обряды, музыкальные инструменты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Русский фольклор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Русские народные песни (трудовые, солдатские, хороводные и др.). Детский фольклор (игровые, </w:t>
      </w:r>
      <w:proofErr w:type="spell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заклички</w:t>
      </w:r>
      <w:proofErr w:type="spell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потешки</w:t>
      </w:r>
      <w:proofErr w:type="spell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, считалки, прибаутки)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i/>
          <w:color w:val="000000"/>
          <w:sz w:val="24"/>
          <w:lang w:val="ru-RU"/>
        </w:rPr>
        <w:t>Русские народные музыкальные инструменты</w:t>
      </w:r>
    </w:p>
    <w:p w:rsidR="00363713" w:rsidRPr="007B54AB" w:rsidRDefault="00363713">
      <w:pPr>
        <w:rPr>
          <w:lang w:val="ru-RU"/>
        </w:rPr>
        <w:sectPr w:rsidR="00363713" w:rsidRPr="007B54AB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63713" w:rsidRPr="007B54AB" w:rsidRDefault="00363713">
      <w:pPr>
        <w:autoSpaceDE w:val="0"/>
        <w:autoSpaceDN w:val="0"/>
        <w:spacing w:after="78" w:line="220" w:lineRule="exact"/>
        <w:rPr>
          <w:lang w:val="ru-RU"/>
        </w:rPr>
      </w:pPr>
    </w:p>
    <w:p w:rsidR="00363713" w:rsidRPr="007B54AB" w:rsidRDefault="00D34CEC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Народные музыкальные инструменты (бал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алайка, рожок, свирель, гусли, гармонь, ложки).</w:t>
      </w:r>
    </w:p>
    <w:p w:rsidR="00363713" w:rsidRPr="007B54AB" w:rsidRDefault="00D34CEC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Инструментальные наигрыши. Плясовые мелодии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Жанры музыкального фольклора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Фольклорные жанры, общие для всех народов: лирические, трудовые, колыбельные песни, танцы и пляски. Традиционные музыкальные инстру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менты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Народные праздники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Обряды, игры, хороводы, праздничная символика — на примере одного или нескольких народных праздников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Первые артисты, народный театр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Скоморохи. Ярмарочный балаган. Вертеп.</w:t>
      </w:r>
    </w:p>
    <w:p w:rsidR="00363713" w:rsidRPr="007B54AB" w:rsidRDefault="00D34CEC">
      <w:pPr>
        <w:tabs>
          <w:tab w:val="left" w:pos="180"/>
        </w:tabs>
        <w:autoSpaceDE w:val="0"/>
        <w:autoSpaceDN w:val="0"/>
        <w:spacing w:before="192" w:after="0"/>
        <w:ind w:right="432"/>
        <w:rPr>
          <w:lang w:val="ru-RU"/>
        </w:rPr>
      </w:pPr>
      <w:r w:rsidRPr="007B54AB">
        <w:rPr>
          <w:lang w:val="ru-RU"/>
        </w:rPr>
        <w:tab/>
      </w:r>
      <w:proofErr w:type="gramStart"/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"МУЗЫКА НАРОДОВ МИРА"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 наших соседей</w:t>
      </w:r>
      <w:r w:rsidRPr="007B54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Фольклор и музыкальные традиции Белоруссии, Украины, Прибалтики (песни, танцы, обычаи, музыкальные инструменты)</w:t>
      </w:r>
      <w:proofErr w:type="gramEnd"/>
    </w:p>
    <w:p w:rsidR="00363713" w:rsidRPr="007B54AB" w:rsidRDefault="00D34CEC">
      <w:pPr>
        <w:autoSpaceDE w:val="0"/>
        <w:autoSpaceDN w:val="0"/>
        <w:spacing w:before="190" w:after="0" w:line="271" w:lineRule="auto"/>
        <w:ind w:left="180" w:right="4546"/>
        <w:jc w:val="both"/>
        <w:rPr>
          <w:lang w:val="ru-RU"/>
        </w:rPr>
      </w:pPr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</w:t>
      </w:r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>"ДУХОВНАЯ</w:t>
      </w:r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МУЗЫКА" </w:t>
      </w:r>
      <w:r w:rsidRPr="007B54AB">
        <w:rPr>
          <w:lang w:val="ru-RU"/>
        </w:rPr>
        <w:br/>
      </w:r>
      <w:r w:rsidRPr="007B54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Инструментальная музыка в церкви </w:t>
      </w:r>
      <w:r w:rsidRPr="007B54AB">
        <w:rPr>
          <w:lang w:val="ru-RU"/>
        </w:rPr>
        <w:br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 и его роль 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б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огослужении. Творчество </w:t>
      </w:r>
      <w:proofErr w:type="spell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И.С.Баха</w:t>
      </w:r>
      <w:proofErr w:type="spellEnd"/>
    </w:p>
    <w:p w:rsidR="00363713" w:rsidRPr="007B54AB" w:rsidRDefault="00363713">
      <w:pPr>
        <w:rPr>
          <w:lang w:val="ru-RU"/>
        </w:rPr>
        <w:sectPr w:rsidR="00363713" w:rsidRPr="007B54AB">
          <w:pgSz w:w="11900" w:h="16840"/>
          <w:pgMar w:top="298" w:right="806" w:bottom="1440" w:left="666" w:header="720" w:footer="720" w:gutter="0"/>
          <w:cols w:space="720" w:equalWidth="0">
            <w:col w:w="10428" w:space="0"/>
          </w:cols>
          <w:docGrid w:linePitch="360"/>
        </w:sectPr>
      </w:pPr>
    </w:p>
    <w:p w:rsidR="00363713" w:rsidRPr="007B54AB" w:rsidRDefault="00363713">
      <w:pPr>
        <w:autoSpaceDE w:val="0"/>
        <w:autoSpaceDN w:val="0"/>
        <w:spacing w:after="78" w:line="220" w:lineRule="exact"/>
        <w:rPr>
          <w:lang w:val="ru-RU"/>
        </w:rPr>
      </w:pPr>
    </w:p>
    <w:p w:rsidR="00363713" w:rsidRPr="007B54AB" w:rsidRDefault="00D34CEC">
      <w:pPr>
        <w:autoSpaceDE w:val="0"/>
        <w:autoSpaceDN w:val="0"/>
        <w:spacing w:after="0" w:line="230" w:lineRule="auto"/>
        <w:rPr>
          <w:lang w:val="ru-RU"/>
        </w:rPr>
      </w:pPr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363713" w:rsidRPr="007B54AB" w:rsidRDefault="00D34CEC">
      <w:pPr>
        <w:tabs>
          <w:tab w:val="left" w:pos="180"/>
        </w:tabs>
        <w:autoSpaceDE w:val="0"/>
        <w:autoSpaceDN w:val="0"/>
        <w:spacing w:before="346" w:after="0" w:line="262" w:lineRule="auto"/>
        <w:ind w:right="288"/>
        <w:rPr>
          <w:lang w:val="ru-RU"/>
        </w:rPr>
      </w:pP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предметных.</w:t>
      </w:r>
    </w:p>
    <w:p w:rsidR="00363713" w:rsidRPr="007B54AB" w:rsidRDefault="00D34CEC">
      <w:pPr>
        <w:autoSpaceDE w:val="0"/>
        <w:autoSpaceDN w:val="0"/>
        <w:spacing w:before="262" w:after="0" w:line="230" w:lineRule="auto"/>
        <w:rPr>
          <w:lang w:val="ru-RU"/>
        </w:rPr>
      </w:pPr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363713" w:rsidRPr="007B54AB" w:rsidRDefault="00D34CEC">
      <w:pPr>
        <w:tabs>
          <w:tab w:val="left" w:pos="180"/>
        </w:tabs>
        <w:autoSpaceDE w:val="0"/>
        <w:autoSpaceDN w:val="0"/>
        <w:spacing w:before="166" w:after="0" w:line="286" w:lineRule="auto"/>
        <w:rPr>
          <w:lang w:val="ru-RU"/>
        </w:rPr>
      </w:pP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рабочей программы по музыке для начального общего </w:t>
      </w:r>
      <w:r w:rsidRPr="007B54AB">
        <w:rPr>
          <w:lang w:val="ru-RU"/>
        </w:rPr>
        <w:br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образования достигаются во взаимодействии учебной и воспитательной работы, урочной и </w:t>
      </w:r>
      <w:r w:rsidRPr="007B54AB">
        <w:rPr>
          <w:lang w:val="ru-RU"/>
        </w:rPr>
        <w:br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внеурочной деятельности. Они должны отражать готовнос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ть обучающихся руководствоваться системой позитивных ценностных ориентаций, в том числе в части: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Гражданско-патриотического воспитания: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российской гражданской идентичности; знание Гимна России и традиций его </w:t>
      </w:r>
      <w:r w:rsidRPr="007B54AB">
        <w:rPr>
          <w:lang w:val="ru-RU"/>
        </w:rPr>
        <w:br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исполнения, уважение музыкальных 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й школы, города, республики.</w:t>
      </w:r>
    </w:p>
    <w:p w:rsidR="00363713" w:rsidRPr="007B54AB" w:rsidRDefault="00D34CEC">
      <w:pPr>
        <w:tabs>
          <w:tab w:val="left" w:pos="180"/>
        </w:tabs>
        <w:autoSpaceDE w:val="0"/>
        <w:autoSpaceDN w:val="0"/>
        <w:spacing w:before="70" w:after="0"/>
        <w:ind w:right="1152"/>
        <w:rPr>
          <w:lang w:val="ru-RU"/>
        </w:rPr>
      </w:pP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Духовно-нравственного воспитания: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непосредственной музыкальной и учебной деятельности.</w:t>
      </w:r>
    </w:p>
    <w:p w:rsidR="00363713" w:rsidRPr="007B54AB" w:rsidRDefault="00D34CEC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Эстетического воспитания: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к самовыражению в разных видах искусства.</w:t>
      </w:r>
    </w:p>
    <w:p w:rsidR="00363713" w:rsidRPr="007B54AB" w:rsidRDefault="00D34CEC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Ценности научного познания: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в познании.</w:t>
      </w:r>
    </w:p>
    <w:p w:rsidR="00363713" w:rsidRPr="007B54AB" w:rsidRDefault="00D34CEC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Физического воспитания, формирования культуры здоровья и эмоционального благополучия: </w:t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соблюдение правил здорового и безопасного (для себя и других людей) образа жизни в окружающей среде; бережное отношение к физиологическим системам организм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а, задействованным в музыкально-исполнительской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:rsidR="00363713" w:rsidRPr="007B54AB" w:rsidRDefault="00D34CEC">
      <w:pPr>
        <w:tabs>
          <w:tab w:val="left" w:pos="180"/>
        </w:tabs>
        <w:autoSpaceDE w:val="0"/>
        <w:autoSpaceDN w:val="0"/>
        <w:spacing w:before="72" w:after="0"/>
        <w:ind w:right="288"/>
        <w:rPr>
          <w:lang w:val="ru-RU"/>
        </w:rPr>
      </w:pP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Трудового воспитания: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ности.</w:t>
      </w:r>
    </w:p>
    <w:p w:rsidR="00363713" w:rsidRPr="007B54AB" w:rsidRDefault="00D34CEC">
      <w:pPr>
        <w:autoSpaceDE w:val="0"/>
        <w:autoSpaceDN w:val="0"/>
        <w:spacing w:before="70" w:after="0" w:line="262" w:lineRule="auto"/>
        <w:ind w:left="180" w:right="2592"/>
        <w:rPr>
          <w:lang w:val="ru-RU"/>
        </w:rPr>
      </w:pPr>
      <w:r w:rsidRPr="007B54A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Экологического воспитания: </w:t>
      </w:r>
      <w:r w:rsidRPr="007B54AB">
        <w:rPr>
          <w:lang w:val="ru-RU"/>
        </w:rPr>
        <w:br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бережное отношение к природе; неприятие действий, приносящих ей вред.</w:t>
      </w:r>
    </w:p>
    <w:p w:rsidR="00363713" w:rsidRPr="007B54AB" w:rsidRDefault="00D34CEC">
      <w:pPr>
        <w:autoSpaceDE w:val="0"/>
        <w:autoSpaceDN w:val="0"/>
        <w:spacing w:before="262" w:after="0" w:line="230" w:lineRule="auto"/>
        <w:rPr>
          <w:lang w:val="ru-RU"/>
        </w:rPr>
      </w:pPr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363713" w:rsidRPr="007B54AB" w:rsidRDefault="00D34CEC">
      <w:pPr>
        <w:tabs>
          <w:tab w:val="left" w:pos="180"/>
        </w:tabs>
        <w:autoSpaceDE w:val="0"/>
        <w:autoSpaceDN w:val="0"/>
        <w:spacing w:before="166" w:after="0" w:line="271" w:lineRule="auto"/>
        <w:ind w:right="288"/>
        <w:rPr>
          <w:lang w:val="ru-RU"/>
        </w:rPr>
      </w:pPr>
      <w:r w:rsidRPr="007B54AB">
        <w:rPr>
          <w:lang w:val="ru-RU"/>
        </w:rPr>
        <w:tab/>
      </w:r>
      <w:proofErr w:type="spell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освоения основной образовательной программы, формируемые при изучении предмета «Музыка»: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</w:t>
      </w:r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Овладение универсальными познавательными действиями.</w:t>
      </w:r>
    </w:p>
    <w:p w:rsidR="00363713" w:rsidRPr="007B54AB" w:rsidRDefault="00D34CEC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логические действия: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- 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ризнаку;</w:t>
      </w:r>
    </w:p>
    <w:p w:rsidR="00363713" w:rsidRPr="007B54AB" w:rsidRDefault="00363713">
      <w:pPr>
        <w:rPr>
          <w:lang w:val="ru-RU"/>
        </w:rPr>
        <w:sectPr w:rsidR="00363713" w:rsidRPr="007B54AB">
          <w:pgSz w:w="11900" w:h="16840"/>
          <w:pgMar w:top="298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63713" w:rsidRPr="007B54AB" w:rsidRDefault="00363713">
      <w:pPr>
        <w:autoSpaceDE w:val="0"/>
        <w:autoSpaceDN w:val="0"/>
        <w:spacing w:after="78" w:line="220" w:lineRule="exact"/>
        <w:rPr>
          <w:lang w:val="ru-RU"/>
        </w:rPr>
      </w:pPr>
    </w:p>
    <w:p w:rsidR="00363713" w:rsidRPr="007B54AB" w:rsidRDefault="00D34CEC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7B54AB">
        <w:rPr>
          <w:lang w:val="ru-RU"/>
        </w:rPr>
        <w:tab/>
      </w:r>
      <w:proofErr w:type="gram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- 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- выявлять недостаток информации, в том числе слуховой, аку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стической для решения учебной (практической) задачи на основе предложенного алгоритма;</w:t>
      </w:r>
      <w:proofErr w:type="gramEnd"/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- устанавливать причинно-следственные связи в ситуациях музыкального восприятия и исполнения, делать выводы.</w:t>
      </w:r>
    </w:p>
    <w:p w:rsidR="00363713" w:rsidRPr="007B54AB" w:rsidRDefault="00D34CEC">
      <w:pPr>
        <w:tabs>
          <w:tab w:val="left" w:pos="180"/>
        </w:tabs>
        <w:autoSpaceDE w:val="0"/>
        <w:autoSpaceDN w:val="0"/>
        <w:spacing w:before="72" w:after="0" w:line="288" w:lineRule="auto"/>
        <w:rPr>
          <w:lang w:val="ru-RU"/>
        </w:rPr>
      </w:pP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на основе предложенн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ых учителем вопросов определять разрыв между реальным и желательным состоянием музыкальных явлений, в том числе в отношении собственных музыкальн</w:t>
      </w:r>
      <w:proofErr w:type="gram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7B54AB">
        <w:rPr>
          <w:lang w:val="ru-RU"/>
        </w:rPr>
        <w:br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исполнительских навыков;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с помощью учителя формулировать цель выполнения вокальных и слуховых упражнений, 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изменения результатов своей музыкальной деятельности, ситуации совместного </w:t>
      </w:r>
      <w:proofErr w:type="spell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музицирования</w:t>
      </w:r>
      <w:proofErr w:type="spell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несколько вариантов решения творческой, исполнительской задачи, выбирать наиболее подходящий (на основе предложенных критериев);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proofErr w:type="gram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</w:t>
      </w:r>
      <w:r w:rsidRPr="007B54AB">
        <w:rPr>
          <w:lang w:val="ru-RU"/>
        </w:rPr>
        <w:br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причина — следствие);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формулировать выводы и подкреплять их доказательствами на основе р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езультатов проведённого наблюдения (в том числе в форме двигательного моделирования, звукового эксперимента, </w:t>
      </w:r>
      <w:r w:rsidRPr="007B54AB">
        <w:rPr>
          <w:lang w:val="ru-RU"/>
        </w:rPr>
        <w:br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классификации, сравнения, исследования);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возможное развитие музыкального процесса, эволюции культурных явлений в различных услови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ях.</w:t>
      </w:r>
      <w:proofErr w:type="gramEnd"/>
    </w:p>
    <w:p w:rsidR="00363713" w:rsidRPr="007B54AB" w:rsidRDefault="00D34CEC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7B54AB">
        <w:rPr>
          <w:lang w:val="ru-RU"/>
        </w:rPr>
        <w:tab/>
      </w:r>
      <w:proofErr w:type="gramStart"/>
      <w:r w:rsidRPr="007B54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источник получения информации;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согласно заданному алгоритму находить в предложенном источнике информацию, представленную в явном виде;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распознавать достоверную и недостоверную информацию самостоятельно или на основ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ании предложенного учителем способа её проверки;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</w:t>
      </w:r>
      <w:proofErr w:type="gram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анализировать текстовую, виде</w:t>
      </w:r>
      <w:proofErr w:type="gram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, графич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ескую, звуковую, информацию в соответствии с учебной задачей;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музыкальные тексты (акустические и нотные) по предложенному учителем алгоритму;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создавать схемы, таблицы для представления информации.</w:t>
      </w:r>
    </w:p>
    <w:p w:rsidR="00363713" w:rsidRPr="007B54AB" w:rsidRDefault="00D34CEC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>2. Овладение универсальны</w:t>
      </w:r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ми коммуникативными действиями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Невербальная коммуникация: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музыку как специфическую форму общения людей, стремиться понять </w:t>
      </w:r>
      <w:r w:rsidRPr="007B54AB">
        <w:rPr>
          <w:lang w:val="ru-RU"/>
        </w:rPr>
        <w:br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эмоционально-образное содержание музыкального высказывания;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выступать перед публикой в качестве исполнителя музыки (соло или в коллективе);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передавать в собственном исполнении музыки художественное содержание, выражать настроение,</w:t>
      </w:r>
    </w:p>
    <w:p w:rsidR="00363713" w:rsidRPr="007B54AB" w:rsidRDefault="00363713">
      <w:pPr>
        <w:rPr>
          <w:lang w:val="ru-RU"/>
        </w:rPr>
        <w:sectPr w:rsidR="00363713" w:rsidRPr="007B54AB">
          <w:pgSz w:w="11900" w:h="16840"/>
          <w:pgMar w:top="298" w:right="720" w:bottom="428" w:left="666" w:header="720" w:footer="720" w:gutter="0"/>
          <w:cols w:space="720" w:equalWidth="0">
            <w:col w:w="10514" w:space="0"/>
          </w:cols>
          <w:docGrid w:linePitch="360"/>
        </w:sectPr>
      </w:pPr>
    </w:p>
    <w:p w:rsidR="00363713" w:rsidRPr="007B54AB" w:rsidRDefault="00363713">
      <w:pPr>
        <w:autoSpaceDE w:val="0"/>
        <w:autoSpaceDN w:val="0"/>
        <w:spacing w:after="66" w:line="220" w:lineRule="exact"/>
        <w:rPr>
          <w:lang w:val="ru-RU"/>
        </w:rPr>
      </w:pPr>
    </w:p>
    <w:p w:rsidR="00363713" w:rsidRPr="007B54AB" w:rsidRDefault="00D34CEC">
      <w:pPr>
        <w:tabs>
          <w:tab w:val="left" w:pos="180"/>
        </w:tabs>
        <w:autoSpaceDE w:val="0"/>
        <w:autoSpaceDN w:val="0"/>
        <w:spacing w:after="0" w:line="271" w:lineRule="auto"/>
        <w:rPr>
          <w:lang w:val="ru-RU"/>
        </w:rPr>
      </w:pP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чувства, личное отношени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е к исполняемому произведению;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363713" w:rsidRPr="007B54AB" w:rsidRDefault="00D34CEC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7B54AB">
        <w:rPr>
          <w:lang w:val="ru-RU"/>
        </w:rPr>
        <w:tab/>
      </w:r>
      <w:proofErr w:type="gramStart"/>
      <w:r w:rsidRPr="007B54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Вербальная коммуникация: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уважительное отношение к собеседнику, соблюдать правила ведения диалога и дискуссии;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признавать возможность существования раз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ных точек зрения;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корректно и аргументированно высказывать своё мнение;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строить речевое высказывание в соответствии с поставленной задачей;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создавать устные и письменные тексты (описание, рассуждение, повествование);</w:t>
      </w:r>
      <w:proofErr w:type="gram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готовить небольшие публичные вы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ступления;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подбирать иллюстративный материал (рисунки, фото, плакаты) к тексту выступления.</w:t>
      </w:r>
    </w:p>
    <w:p w:rsidR="00363713" w:rsidRPr="007B54AB" w:rsidRDefault="00D34CEC">
      <w:pPr>
        <w:tabs>
          <w:tab w:val="left" w:pos="180"/>
        </w:tabs>
        <w:autoSpaceDE w:val="0"/>
        <w:autoSpaceDN w:val="0"/>
        <w:spacing w:before="70" w:after="0" w:line="288" w:lineRule="auto"/>
        <w:ind w:right="144"/>
        <w:rPr>
          <w:lang w:val="ru-RU"/>
        </w:rPr>
      </w:pP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Совместная деятельность (сотрудничество):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стремиться к объединению усилий, эмоциональной </w:t>
      </w:r>
      <w:proofErr w:type="spell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эмпатии</w:t>
      </w:r>
      <w:proofErr w:type="spell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в ситуациях совместного восприятия, исполнения музыки;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перек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proofErr w:type="gram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формулировать краткосрочные и долгосрочные цели (индиви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принимать цель совместной деятельности, коллективно строить действия по её достиж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  <w:proofErr w:type="gram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 выполнять свою часть работы; оценивать свой вклад в общий результат;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выполнять сов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местные проектные, творческие задания с опорой на предложенные образцы.</w:t>
      </w:r>
    </w:p>
    <w:p w:rsidR="00363713" w:rsidRPr="007B54AB" w:rsidRDefault="00D34CEC">
      <w:pPr>
        <w:autoSpaceDE w:val="0"/>
        <w:autoSpaceDN w:val="0"/>
        <w:spacing w:before="70" w:after="0"/>
        <w:ind w:left="180" w:right="2304"/>
        <w:rPr>
          <w:lang w:val="ru-RU"/>
        </w:rPr>
      </w:pPr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Овладение универсальными регулятивными действиями </w:t>
      </w:r>
      <w:r w:rsidRPr="007B54AB">
        <w:rPr>
          <w:lang w:val="ru-RU"/>
        </w:rPr>
        <w:br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Самоорганизация: </w:t>
      </w:r>
      <w:r w:rsidRPr="007B54AB">
        <w:rPr>
          <w:lang w:val="ru-RU"/>
        </w:rPr>
        <w:br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планировать действия по решению учебной задачи для получения результата; выстраивать последовательность выбранны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х действий.</w:t>
      </w:r>
    </w:p>
    <w:p w:rsidR="00363713" w:rsidRPr="007B54AB" w:rsidRDefault="00D34CEC">
      <w:pPr>
        <w:autoSpaceDE w:val="0"/>
        <w:autoSpaceDN w:val="0"/>
        <w:spacing w:before="72" w:after="0" w:line="271" w:lineRule="auto"/>
        <w:ind w:left="180" w:right="3600"/>
        <w:rPr>
          <w:lang w:val="ru-RU"/>
        </w:rPr>
      </w:pP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Самоконтроль: </w:t>
      </w:r>
      <w:r w:rsidRPr="007B54AB">
        <w:rPr>
          <w:lang w:val="ru-RU"/>
        </w:rPr>
        <w:br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устанавливать причины успеха/неудач учебной деятельности; корректировать свои учебные действия для преодоления ошибок.</w:t>
      </w:r>
    </w:p>
    <w:p w:rsidR="00363713" w:rsidRPr="007B54AB" w:rsidRDefault="00D34CEC">
      <w:pPr>
        <w:autoSpaceDE w:val="0"/>
        <w:autoSpaceDN w:val="0"/>
        <w:spacing w:before="70" w:after="0"/>
        <w:ind w:firstLine="180"/>
        <w:rPr>
          <w:lang w:val="ru-RU"/>
        </w:rPr>
      </w:pP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363713" w:rsidRPr="007B54AB" w:rsidRDefault="00D34CEC">
      <w:pPr>
        <w:autoSpaceDE w:val="0"/>
        <w:autoSpaceDN w:val="0"/>
        <w:spacing w:before="262" w:after="0" w:line="230" w:lineRule="auto"/>
        <w:rPr>
          <w:lang w:val="ru-RU"/>
        </w:rPr>
      </w:pPr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363713" w:rsidRPr="007B54AB" w:rsidRDefault="00D34CEC">
      <w:pPr>
        <w:autoSpaceDE w:val="0"/>
        <w:autoSpaceDN w:val="0"/>
        <w:spacing w:before="166" w:after="0"/>
        <w:ind w:right="144" w:firstLine="180"/>
        <w:rPr>
          <w:lang w:val="ru-RU"/>
        </w:rPr>
      </w:pP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характеризуют начальный этап формирования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363713" w:rsidRPr="007B54AB" w:rsidRDefault="00D34CEC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Обучающиеся, освоившие о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сновную образовательную программу по предмету «Музыка»:</w:t>
      </w:r>
    </w:p>
    <w:p w:rsidR="00363713" w:rsidRPr="007B54AB" w:rsidRDefault="00363713">
      <w:pPr>
        <w:rPr>
          <w:lang w:val="ru-RU"/>
        </w:rPr>
        <w:sectPr w:rsidR="00363713" w:rsidRPr="007B54AB">
          <w:pgSz w:w="11900" w:h="16840"/>
          <w:pgMar w:top="286" w:right="674" w:bottom="402" w:left="666" w:header="720" w:footer="720" w:gutter="0"/>
          <w:cols w:space="720" w:equalWidth="0">
            <w:col w:w="10560" w:space="0"/>
          </w:cols>
          <w:docGrid w:linePitch="360"/>
        </w:sectPr>
      </w:pPr>
    </w:p>
    <w:p w:rsidR="00363713" w:rsidRPr="007B54AB" w:rsidRDefault="00363713">
      <w:pPr>
        <w:autoSpaceDE w:val="0"/>
        <w:autoSpaceDN w:val="0"/>
        <w:spacing w:after="78" w:line="220" w:lineRule="exact"/>
        <w:rPr>
          <w:lang w:val="ru-RU"/>
        </w:rPr>
      </w:pPr>
    </w:p>
    <w:p w:rsidR="00363713" w:rsidRPr="007B54AB" w:rsidRDefault="00D34CEC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с интересом занимаются музыкой, любят петь, играть на доступных музыкальных инструментах, 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умеют слушать серьёзную музыку, знают правила поведения в театре, концертном зале;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сознательно стремятся к развитию своих музыкальных способностей;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осознают разнообразие форм и направлений музыкального искусства, могут назвать музыкальные произведения,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композиторов, исполнителей, которые им нравятся, аргументировать свой выбор; </w:t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имеют опыт восприятия, исполнения музыки разных жанров, творческой деятельности в различных смежных видах искусства;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с уважением относятся к достижениям отечественной музыкаль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ной культуры;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стремятся к расширению своего музыкального кругозора.</w:t>
      </w:r>
    </w:p>
    <w:p w:rsidR="00363713" w:rsidRPr="007B54AB" w:rsidRDefault="00D34CEC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умений:</w:t>
      </w:r>
    </w:p>
    <w:p w:rsidR="00363713" w:rsidRPr="007B54AB" w:rsidRDefault="00D34CEC">
      <w:pPr>
        <w:tabs>
          <w:tab w:val="left" w:pos="180"/>
        </w:tabs>
        <w:autoSpaceDE w:val="0"/>
        <w:autoSpaceDN w:val="0"/>
        <w:spacing w:before="192" w:after="0" w:line="286" w:lineRule="auto"/>
        <w:ind w:right="144"/>
        <w:rPr>
          <w:lang w:val="ru-RU"/>
        </w:rPr>
      </w:pPr>
      <w:r w:rsidRPr="007B54AB">
        <w:rPr>
          <w:lang w:val="ru-RU"/>
        </w:rPr>
        <w:tab/>
      </w:r>
      <w:proofErr w:type="gramStart"/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«Музыка в жизни человека»: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воспринимать музыкальное искусс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тво как отражение многообразия жизни, различать обобщённые жанровые сферы: напевность (лирика), </w:t>
      </w:r>
      <w:proofErr w:type="spell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танцевальность</w:t>
      </w:r>
      <w:proofErr w:type="spell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маршевость</w:t>
      </w:r>
      <w:proofErr w:type="spell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(связь с движением), </w:t>
      </w:r>
      <w:proofErr w:type="spell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декламационность</w:t>
      </w:r>
      <w:proofErr w:type="spell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, эпос (связь со словом);</w:t>
      </w:r>
      <w:proofErr w:type="gram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осознавать собственные чувства и мысли, эстетические переживания, з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амечать </w:t>
      </w:r>
      <w:proofErr w:type="gram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прекрасное</w:t>
      </w:r>
      <w:proofErr w:type="gram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в окружающем мире и в человеке, стремиться к развитию и удовлетворению эстетических </w:t>
      </w:r>
      <w:r w:rsidRPr="007B54AB">
        <w:rPr>
          <w:lang w:val="ru-RU"/>
        </w:rPr>
        <w:br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потребностей.</w:t>
      </w:r>
    </w:p>
    <w:p w:rsidR="00363713" w:rsidRPr="007B54AB" w:rsidRDefault="00D34CEC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7B54AB">
        <w:rPr>
          <w:lang w:val="ru-RU"/>
        </w:rPr>
        <w:tab/>
      </w:r>
      <w:proofErr w:type="gramStart"/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 «Народная музыка России»: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принадлежность музыкальных интонаций, изученных произведений к родному фольклору, русской 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музыке, народной музыке различных регионов России;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на слух и называть знакомые народные музыкальные инструменты;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звукоизвлечения</w:t>
      </w:r>
      <w:proofErr w:type="spell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: духовые, ударные, струнные;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определять принадлежнос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ть музыкальных произведений и их фрагментов к композиторскому или народному творчеству;</w:t>
      </w:r>
      <w:proofErr w:type="gram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манеру пения, инструментального исполнения, типы солистов и коллективов — народных и академических;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создавать ритмический аккомпанемент на ударных инструм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ентах при исполнении народной песни; </w:t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народные произведения различных жанров с сопровождением и без сопровождения; </w:t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участвовать в коллективной игре/импровизации (вокальной, инструментальной, танцевальной) на основе освоенных фольклорных жанров.</w:t>
      </w:r>
    </w:p>
    <w:p w:rsidR="00363713" w:rsidRPr="007B54AB" w:rsidRDefault="00D34CEC">
      <w:pPr>
        <w:tabs>
          <w:tab w:val="left" w:pos="180"/>
        </w:tabs>
        <w:autoSpaceDE w:val="0"/>
        <w:autoSpaceDN w:val="0"/>
        <w:spacing w:before="190" w:after="0" w:line="286" w:lineRule="auto"/>
        <w:ind w:right="288"/>
        <w:rPr>
          <w:lang w:val="ru-RU"/>
        </w:rPr>
      </w:pPr>
      <w:r w:rsidRPr="007B54AB">
        <w:rPr>
          <w:lang w:val="ru-RU"/>
        </w:rPr>
        <w:tab/>
      </w:r>
      <w:proofErr w:type="gramStart"/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 «Музыкальная грамота»: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звуки: шумовые и музыкальные, длинные, короткие, тихие, громкие, низкие, высокие;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различать элементы музыкального языка (темп, тембр, регистр, динамика, ритм, мелодия, аккомпанемент и др.), уметь объяснит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ь значение соответствующих терминов;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изобразительные и выразительные интонации, находить признаки сходства и различия музыкальных и речевых интонаций;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различать на слух принципы развития: повтор, контраст, варьирование;</w:t>
      </w:r>
      <w:proofErr w:type="gram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понимать значение те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рмина «музыкальная форма», определять на слух простые музыкальные формы — двухчастную, трёхчастную и трёхчастную репризную, рондо, вариации;</w:t>
      </w:r>
    </w:p>
    <w:p w:rsidR="00363713" w:rsidRPr="007B54AB" w:rsidRDefault="00363713">
      <w:pPr>
        <w:rPr>
          <w:lang w:val="ru-RU"/>
        </w:rPr>
        <w:sectPr w:rsidR="00363713" w:rsidRPr="007B54AB">
          <w:pgSz w:w="11900" w:h="16840"/>
          <w:pgMar w:top="298" w:right="662" w:bottom="416" w:left="666" w:header="720" w:footer="720" w:gutter="0"/>
          <w:cols w:space="720" w:equalWidth="0">
            <w:col w:w="10572" w:space="0"/>
          </w:cols>
          <w:docGrid w:linePitch="360"/>
        </w:sectPr>
      </w:pPr>
    </w:p>
    <w:p w:rsidR="00363713" w:rsidRPr="007B54AB" w:rsidRDefault="00363713">
      <w:pPr>
        <w:autoSpaceDE w:val="0"/>
        <w:autoSpaceDN w:val="0"/>
        <w:spacing w:after="78" w:line="220" w:lineRule="exact"/>
        <w:rPr>
          <w:lang w:val="ru-RU"/>
        </w:rPr>
      </w:pPr>
    </w:p>
    <w:p w:rsidR="00363713" w:rsidRPr="007B54AB" w:rsidRDefault="00D34CEC">
      <w:pPr>
        <w:autoSpaceDE w:val="0"/>
        <w:autoSpaceDN w:val="0"/>
        <w:spacing w:after="0" w:line="271" w:lineRule="auto"/>
        <w:ind w:left="180" w:right="3312"/>
        <w:rPr>
          <w:lang w:val="ru-RU"/>
        </w:rPr>
      </w:pP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ориентироваться в нотной записи в пределах пев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ческого диапазона; исполнять и создавать различные ритмические рисунки; </w:t>
      </w:r>
      <w:r w:rsidRPr="007B54AB">
        <w:rPr>
          <w:lang w:val="ru-RU"/>
        </w:rPr>
        <w:br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исполнять песни с простым мелодическим рисунком.</w:t>
      </w:r>
    </w:p>
    <w:p w:rsidR="00363713" w:rsidRPr="007B54AB" w:rsidRDefault="00D34CEC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7B54AB">
        <w:rPr>
          <w:lang w:val="ru-RU"/>
        </w:rPr>
        <w:tab/>
      </w:r>
      <w:proofErr w:type="gramStart"/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«Классическая музыка»: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произведения классической музыки, называть автора и произведение, </w:t>
      </w:r>
      <w:r w:rsidRPr="007B54AB">
        <w:rPr>
          <w:lang w:val="ru-RU"/>
        </w:rPr>
        <w:br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исполнительский 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концертные жанры по особенностям исполнения (камерные 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и симфонические, вокальные и инструментальные), знать их разновидности, приводить примеры;</w:t>
      </w:r>
      <w:proofErr w:type="gram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proofErr w:type="gram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(в том числе фрагментарно, отдельными темами) сочинения композиторов-классиков; </w:t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воспринимать музыку в соответствии с её настроением, характером, осознав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ать эмоции и чувства, вызванные музыкальным звучанием, уметь кратко описать свои впечатления от музыкального восприятия;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выразительные средства, использованные композитором для создания </w:t>
      </w:r>
      <w:r w:rsidRPr="007B54AB">
        <w:rPr>
          <w:lang w:val="ru-RU"/>
        </w:rPr>
        <w:br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музыкального образа;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соотносить музыкальные произ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ведения с произведениями живописи, литературы на основе сходства настроения, характера, комплекса выразительных средств.</w:t>
      </w:r>
      <w:proofErr w:type="gramEnd"/>
    </w:p>
    <w:p w:rsidR="00363713" w:rsidRPr="007B54AB" w:rsidRDefault="00D34CEC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«Духовная музыка»: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определять характер, настроение музыкальных произведений духовной музыки, характеризовать её жизненное пре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дназначение;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доступные образцы духовной музыки;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363713" w:rsidRPr="007B54AB" w:rsidRDefault="00D34CEC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7B54AB">
        <w:rPr>
          <w:lang w:val="ru-RU"/>
        </w:rPr>
        <w:tab/>
      </w:r>
      <w:proofErr w:type="gramStart"/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</w:t>
      </w:r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Музыка народов мира»: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и исполнять произведения народной и композиторской музыки других стран; </w:t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на слух принадлежность народных музыкальных инструментов к группам духовых, струнных, ударно-шумовых инструментов; </w:t>
      </w:r>
      <w:r w:rsidRPr="007B54AB">
        <w:rPr>
          <w:lang w:val="ru-RU"/>
        </w:rPr>
        <w:br/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  <w:proofErr w:type="gram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B54AB">
        <w:rPr>
          <w:lang w:val="ru-RU"/>
        </w:rPr>
        <w:tab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различать и характеризовать фольклорные жанры музыки (песенные, танцевальные), вычлен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ять и называть типичные жанровые признаки.</w:t>
      </w:r>
    </w:p>
    <w:p w:rsidR="00363713" w:rsidRPr="007B54AB" w:rsidRDefault="00363713">
      <w:pPr>
        <w:rPr>
          <w:lang w:val="ru-RU"/>
        </w:rPr>
        <w:sectPr w:rsidR="00363713" w:rsidRPr="007B54AB">
          <w:pgSz w:w="11900" w:h="16840"/>
          <w:pgMar w:top="298" w:right="666" w:bottom="1440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363713" w:rsidRPr="007B54AB" w:rsidRDefault="00363713">
      <w:pPr>
        <w:autoSpaceDE w:val="0"/>
        <w:autoSpaceDN w:val="0"/>
        <w:spacing w:after="64" w:line="220" w:lineRule="exact"/>
        <w:rPr>
          <w:lang w:val="ru-RU"/>
        </w:rPr>
      </w:pPr>
    </w:p>
    <w:p w:rsidR="00363713" w:rsidRDefault="00D34CEC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406"/>
        <w:gridCol w:w="564"/>
        <w:gridCol w:w="1104"/>
        <w:gridCol w:w="1140"/>
        <w:gridCol w:w="1970"/>
        <w:gridCol w:w="1380"/>
        <w:gridCol w:w="1658"/>
        <w:gridCol w:w="804"/>
        <w:gridCol w:w="1886"/>
        <w:gridCol w:w="1080"/>
        <w:gridCol w:w="2042"/>
      </w:tblGrid>
      <w:tr w:rsidR="00363713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47" w:lineRule="auto"/>
              <w:ind w:left="72" w:right="276"/>
              <w:jc w:val="both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5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Репертуар </w:t>
            </w:r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1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363713">
        <w:trPr>
          <w:trHeight w:hRule="exact" w:val="540"/>
        </w:trPr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713" w:rsidRDefault="00363713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713" w:rsidRDefault="00363713"/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для слушания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для пения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для музицирования</w:t>
            </w:r>
          </w:p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713" w:rsidRDefault="00363713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713" w:rsidRDefault="00363713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713" w:rsidRDefault="00363713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713" w:rsidRDefault="00363713"/>
        </w:tc>
      </w:tr>
      <w:tr w:rsidR="00363713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Классическая музыка</w:t>
            </w:r>
          </w:p>
        </w:tc>
      </w:tr>
      <w:tr w:rsidR="00363713">
        <w:trPr>
          <w:trHeight w:hRule="exact" w:val="284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80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Композитор —исполнитель —слушатель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80" w:after="0" w:line="250" w:lineRule="auto"/>
              <w:ind w:left="72"/>
              <w:rPr>
                <w:lang w:val="ru-RU"/>
              </w:rPr>
            </w:pP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П.И.Чайковский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"Щелкунчик" </w:t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М.И.Глинка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"Жаворонок" "Кошка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беспородная"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80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И.Крутой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Первоклассники</w:t>
            </w:r>
            <w:proofErr w:type="spellEnd"/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80" w:after="0" w:line="250" w:lineRule="auto"/>
              <w:ind w:left="72" w:right="514"/>
              <w:jc w:val="both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"Во поле берёза стояла" русская народная 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363713">
            <w:pPr>
              <w:rPr>
                <w:lang w:val="ru-RU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80" w:after="0" w:line="254" w:lineRule="auto"/>
              <w:ind w:left="72" w:right="144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Просмотр видеозаписи концерта. Слушание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музыки;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рассматривание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иллюстраций. Диалог с учителем по теме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занятия. «Я —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исполнитель». Игра </w:t>
            </w:r>
            <w:proofErr w:type="gram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—и</w:t>
            </w:r>
            <w:proofErr w:type="gram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митация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исполнительских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движений. Игра «Я —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композитор» (сочинение небольших </w:t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попевок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мелодических фраз</w:t>
            </w:r>
            <w:proofErr w:type="gram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).;;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80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272" w:after="0" w:line="250" w:lineRule="auto"/>
              <w:ind w:left="72" w:right="68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http://nachalka/info/about/193 http://nsc.1september.</w:t>
            </w:r>
          </w:p>
        </w:tc>
      </w:tr>
      <w:tr w:rsidR="00363713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Композиторы —детям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С.С.Прокофьев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"Пятнашки" из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фортепианного цикла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"Детская музыка" </w:t>
            </w:r>
            <w:r w:rsidRPr="007B54AB">
              <w:rPr>
                <w:lang w:val="ru-RU"/>
              </w:rPr>
              <w:br/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С.С.Прокофьев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"Марш" из оперы "Любовь к трём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апельсинам"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И.Крутой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Первоклассники</w:t>
            </w:r>
            <w:proofErr w:type="spellEnd"/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47" w:lineRule="auto"/>
              <w:ind w:left="72" w:right="514"/>
              <w:jc w:val="both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"Во поле берёза стояла" русская народная 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363713">
            <w:pPr>
              <w:rPr>
                <w:lang w:val="ru-RU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54" w:lineRule="auto"/>
              <w:ind w:left="72"/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Вокализация;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исполнение мелодий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инструментальных пьес со словами.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Разучивание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песен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270" w:after="0" w:line="247" w:lineRule="auto"/>
              <w:ind w:left="72" w:right="68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http://nachalka/info/about/193 http://nsc.1september.</w:t>
            </w:r>
          </w:p>
        </w:tc>
      </w:tr>
      <w:tr w:rsidR="00363713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Оркестр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С.С.Прокофьев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"Пятнашки" из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фортепианного цикла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"Детская музыка" </w:t>
            </w:r>
            <w:r w:rsidRPr="007B54AB">
              <w:rPr>
                <w:lang w:val="ru-RU"/>
              </w:rPr>
              <w:br/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С.С.Прокофьев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"Марш" из оперы "Любовь к трём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апельсинам"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И.Крутой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Первоклассники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6" w:after="0" w:line="250" w:lineRule="auto"/>
              <w:ind w:left="72" w:right="514"/>
              <w:jc w:val="both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"Во поле берёза стояла" русская народная 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363713">
            <w:pPr>
              <w:rPr>
                <w:lang w:val="ru-RU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Слушание музыки в исполнении оркестра.</w:t>
            </w:r>
          </w:p>
          <w:p w:rsidR="00363713" w:rsidRPr="007B54AB" w:rsidRDefault="00D34CEC">
            <w:pPr>
              <w:autoSpaceDE w:val="0"/>
              <w:autoSpaceDN w:val="0"/>
              <w:spacing w:before="18" w:after="0" w:line="250" w:lineRule="auto"/>
              <w:ind w:left="7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Просмотр видеозаписи. </w:t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Диалог с учителем о роли дирижёра</w:t>
            </w:r>
            <w:proofErr w:type="gram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proofErr w:type="gram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268" w:after="0" w:line="250" w:lineRule="auto"/>
              <w:ind w:left="72" w:right="68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http://nachalka/info/about/193 http://nsc.1september.</w:t>
            </w:r>
          </w:p>
        </w:tc>
      </w:tr>
      <w:tr w:rsidR="00363713">
        <w:trPr>
          <w:trHeight w:hRule="exact" w:val="348"/>
        </w:trPr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3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363713"/>
        </w:tc>
      </w:tr>
      <w:tr w:rsidR="00363713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Музыкальная грамота</w:t>
            </w:r>
          </w:p>
        </w:tc>
      </w:tr>
      <w:tr w:rsidR="00363713">
        <w:trPr>
          <w:trHeight w:hRule="exact" w:val="14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Весь мир звучит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proofErr w:type="spellStart"/>
            <w:proofErr w:type="gram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Е.Крылатов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"Колыбельная медведицы" </w:t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В.А.Моцарт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"Турецкий марш" Русские народные песни: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солдатские, обрядовые,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колыбельные</w:t>
            </w:r>
            <w:proofErr w:type="gram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И.Крутой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Первоклассники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47" w:lineRule="auto"/>
              <w:ind w:left="72" w:right="514"/>
              <w:jc w:val="both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"Во поле берёза стояла" русская народная 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363713">
            <w:pPr>
              <w:rPr>
                <w:lang w:val="ru-RU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со звуками музыкальными и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шумовыми. Различение, определение на слух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звуков различного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качества</w:t>
            </w:r>
            <w:proofErr w:type="gram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proofErr w:type="gram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270" w:after="0" w:line="247" w:lineRule="auto"/>
              <w:ind w:left="72" w:right="68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http://nachalka/info/about/193 http://nsc.1september.</w:t>
            </w:r>
          </w:p>
        </w:tc>
      </w:tr>
    </w:tbl>
    <w:p w:rsidR="00363713" w:rsidRDefault="00363713">
      <w:pPr>
        <w:autoSpaceDE w:val="0"/>
        <w:autoSpaceDN w:val="0"/>
        <w:spacing w:after="0" w:line="14" w:lineRule="exact"/>
      </w:pPr>
    </w:p>
    <w:p w:rsidR="00363713" w:rsidRDefault="00363713">
      <w:pPr>
        <w:sectPr w:rsidR="00363713">
          <w:pgSz w:w="16840" w:h="11900"/>
          <w:pgMar w:top="282" w:right="640" w:bottom="82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63713" w:rsidRDefault="00363713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406"/>
        <w:gridCol w:w="564"/>
        <w:gridCol w:w="1104"/>
        <w:gridCol w:w="1140"/>
        <w:gridCol w:w="1970"/>
        <w:gridCol w:w="1380"/>
        <w:gridCol w:w="1658"/>
        <w:gridCol w:w="804"/>
        <w:gridCol w:w="1886"/>
        <w:gridCol w:w="1080"/>
        <w:gridCol w:w="2042"/>
      </w:tblGrid>
      <w:tr w:rsidR="00363713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Звукоряд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М.С.Толмачёва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"Песенка про звукоряд" </w:t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В.Герчик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"Нотный хоровод"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Г.Струве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"Песенка о гамме"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"Ой, при лужку, при лужке" русская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народная 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363713">
            <w:pPr>
              <w:rPr>
                <w:lang w:val="ru-RU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элементами нотной записи.</w:t>
            </w:r>
          </w:p>
          <w:p w:rsidR="00363713" w:rsidRPr="007B54AB" w:rsidRDefault="00D34CEC">
            <w:pPr>
              <w:autoSpaceDE w:val="0"/>
              <w:autoSpaceDN w:val="0"/>
              <w:spacing w:before="20" w:after="0" w:line="252" w:lineRule="auto"/>
              <w:ind w:left="7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Различение по нотной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записи, определение на слух звукоряда в отличие от других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последовательностей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звуков</w:t>
            </w:r>
            <w:proofErr w:type="gram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270" w:after="0" w:line="247" w:lineRule="auto"/>
              <w:ind w:left="72" w:right="68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http://nachalka/info/about/193 http://nsc.1september.</w:t>
            </w:r>
          </w:p>
        </w:tc>
      </w:tr>
      <w:tr w:rsidR="00363713">
        <w:trPr>
          <w:trHeight w:hRule="exact" w:val="22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Размер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"Как под горкой под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горой" "Аннушка"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чешская народная песня Музыка из мюзикла </w:t>
            </w:r>
            <w:r w:rsidRPr="007B54AB">
              <w:rPr>
                <w:lang w:val="ru-RU"/>
              </w:rPr>
              <w:br/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Р.Роджерса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"Звуки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музыки" (</w:t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физминутка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"Звукоряд") </w:t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И.Штраус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"Вальс" </w:t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П.И.Чайковский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"Марш деревянных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солдатиков" </w:t>
            </w:r>
            <w:r w:rsidRPr="007B54AB">
              <w:rPr>
                <w:lang w:val="ru-RU"/>
              </w:rPr>
              <w:br/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А.С.Грибоедов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"Вальс"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Г.Струве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"Песенка о гам</w:t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ме"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"Ой, при лужку, при лужке" русская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народная 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363713">
            <w:pPr>
              <w:rPr>
                <w:lang w:val="ru-RU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 и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исполнение вокальных упражнений, песен,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построенных на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элементах звукоряда;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268" w:after="0" w:line="250" w:lineRule="auto"/>
              <w:ind w:left="72" w:right="68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http://nachalka/info/about/193 http://nsc.1september.</w:t>
            </w:r>
          </w:p>
        </w:tc>
      </w:tr>
      <w:tr w:rsidR="00363713">
        <w:trPr>
          <w:trHeight w:hRule="exact" w:val="348"/>
        </w:trPr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3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363713"/>
        </w:tc>
      </w:tr>
      <w:tr w:rsidR="00363713" w:rsidRPr="007B54AB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Модуль 3. </w:t>
            </w:r>
            <w:r w:rsidRPr="007B54A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Музыка в жизни человека</w:t>
            </w:r>
          </w:p>
        </w:tc>
      </w:tr>
      <w:tr w:rsidR="00363713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Главный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музыкальный символ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песня "Широка страна моя родная" </w:t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И.Дунаевский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"Песня о Родине" </w:t>
            </w:r>
            <w:r w:rsidRPr="007B54AB">
              <w:rPr>
                <w:lang w:val="ru-RU"/>
              </w:rPr>
              <w:br/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А.Александров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"Гимн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России" </w:t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М.И.Глинка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"Патриотическая песня"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песня "Моя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Россия" </w:t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Г.Струве</w:t>
            </w:r>
            <w:proofErr w:type="spellEnd"/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"Ой, при лужку, при лужке" русская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народная 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363713">
            <w:pPr>
              <w:rPr>
                <w:lang w:val="ru-RU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исполнение Гимна Российской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Федерации. Знакомство с историей создания,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правилами исполнения;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270" w:after="0" w:line="247" w:lineRule="auto"/>
              <w:ind w:left="72" w:right="68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http://school-collection.edu.ru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http://nachalka/info/about/193 http://nsc.1september.</w:t>
            </w:r>
          </w:p>
        </w:tc>
      </w:tr>
      <w:tr w:rsidR="00363713">
        <w:trPr>
          <w:trHeight w:hRule="exact" w:val="348"/>
        </w:trPr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363713"/>
        </w:tc>
      </w:tr>
      <w:tr w:rsidR="00363713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4.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Народная музыка России</w:t>
            </w:r>
          </w:p>
        </w:tc>
      </w:tr>
      <w:tr w:rsidR="00363713">
        <w:trPr>
          <w:trHeight w:hRule="exact" w:val="31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Русский фольклор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"Приходите в гости к нам</w:t>
            </w:r>
            <w:proofErr w:type="gram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"-</w:t>
            </w:r>
            <w:proofErr w:type="gram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песня из к/ф "Там, на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неведомых дорожках" </w:t>
            </w:r>
            <w:r w:rsidRPr="007B54AB">
              <w:rPr>
                <w:lang w:val="ru-RU"/>
              </w:rPr>
              <w:br/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В.Дашкевич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"Кикимора.</w:t>
            </w:r>
          </w:p>
          <w:p w:rsidR="00363713" w:rsidRPr="007B54AB" w:rsidRDefault="00D34CEC">
            <w:pPr>
              <w:autoSpaceDE w:val="0"/>
              <w:autoSpaceDN w:val="0"/>
              <w:spacing w:before="20" w:after="0" w:line="254" w:lineRule="auto"/>
              <w:ind w:left="72" w:right="144"/>
              <w:rPr>
                <w:lang w:val="ru-RU"/>
              </w:rPr>
            </w:pPr>
            <w:proofErr w:type="gram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Народные сказания" </w:t>
            </w:r>
            <w:r w:rsidRPr="007B54AB">
              <w:rPr>
                <w:lang w:val="ru-RU"/>
              </w:rPr>
              <w:br/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А.К.Лядов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"Песня кикиморы" Ольга Ш. "Песенка про Лешего" </w:t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Н.Масленникова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"Песня Водяного" из м/ф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"Летучий корабль" </w:t>
            </w:r>
            <w:r w:rsidRPr="007B54AB">
              <w:rPr>
                <w:lang w:val="ru-RU"/>
              </w:rPr>
              <w:br/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М.Дунаевский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"Баба-Яга" группа "Ариэль"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"Баба-Яга" </w:t>
            </w:r>
            <w:r w:rsidRPr="007B54AB">
              <w:rPr>
                <w:lang w:val="ru-RU"/>
              </w:rPr>
              <w:br/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П.И.Чайковский</w:t>
            </w:r>
            <w:proofErr w:type="spellEnd"/>
            <w:proofErr w:type="gram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"Баба-Яга",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песенк</w:t>
            </w:r>
            <w:proofErr w:type="gram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а-</w:t>
            </w:r>
            <w:proofErr w:type="gramEnd"/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дразнилка, обр.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М.Иорданского</w:t>
            </w:r>
            <w:proofErr w:type="spellEnd"/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"Ой, при лужку, при</w:t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лужке" русская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народная 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363713">
            <w:pPr>
              <w:rPr>
                <w:lang w:val="ru-RU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Разучивание, исполнение русских народных песен разных жанров</w:t>
            </w:r>
            <w:proofErr w:type="gram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268" w:after="0" w:line="250" w:lineRule="auto"/>
              <w:ind w:left="72" w:right="68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http://nachalka/info/about/193 http://nsc.1september.</w:t>
            </w:r>
          </w:p>
        </w:tc>
      </w:tr>
    </w:tbl>
    <w:p w:rsidR="00363713" w:rsidRDefault="00363713">
      <w:pPr>
        <w:autoSpaceDE w:val="0"/>
        <w:autoSpaceDN w:val="0"/>
        <w:spacing w:after="0" w:line="14" w:lineRule="exact"/>
      </w:pPr>
    </w:p>
    <w:p w:rsidR="00363713" w:rsidRDefault="00363713">
      <w:pPr>
        <w:sectPr w:rsidR="00363713">
          <w:pgSz w:w="16840" w:h="11900"/>
          <w:pgMar w:top="284" w:right="640" w:bottom="73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63713" w:rsidRDefault="00363713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406"/>
        <w:gridCol w:w="564"/>
        <w:gridCol w:w="1104"/>
        <w:gridCol w:w="1140"/>
        <w:gridCol w:w="1970"/>
        <w:gridCol w:w="1380"/>
        <w:gridCol w:w="1658"/>
        <w:gridCol w:w="804"/>
        <w:gridCol w:w="1886"/>
        <w:gridCol w:w="1080"/>
        <w:gridCol w:w="2042"/>
      </w:tblGrid>
      <w:tr w:rsidR="00363713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Русские народные музыкальные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инструменты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54" w:lineRule="auto"/>
              <w:ind w:left="72" w:right="288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"На горе-то калина"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русская народная песня "Ах, вы сени" русская народная мелодия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</w:t>
            </w:r>
            <w:proofErr w:type="gram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</w:t>
            </w:r>
            <w:proofErr w:type="gram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саду ли, в огороде" </w:t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русская народная песня "Светит месяц" русская народная песня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песня "Моя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Россия" </w:t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Г.Струве</w:t>
            </w:r>
            <w:proofErr w:type="spellEnd"/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"Ой, при лужку, при лужке" русская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народная 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363713">
            <w:pPr>
              <w:rPr>
                <w:lang w:val="ru-RU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внешним видом, особенностями исполнения и звучания русских народных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инструментов</w:t>
            </w:r>
            <w:proofErr w:type="gram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270" w:after="0" w:line="247" w:lineRule="auto"/>
              <w:ind w:left="72" w:right="68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http://nachalka/info/about/193 http://nsc.1september.</w:t>
            </w:r>
          </w:p>
        </w:tc>
      </w:tr>
      <w:tr w:rsidR="00363713">
        <w:trPr>
          <w:trHeight w:hRule="exact" w:val="22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45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Народные праздники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54" w:lineRule="auto"/>
              <w:ind w:left="72"/>
            </w:pPr>
            <w:proofErr w:type="gram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"Ой, сад во дворе" русская народная песня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</w:t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Земелюшка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чернозём"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хороводная песня "Ой,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честная Масленица, ой!"</w:t>
            </w:r>
            <w:proofErr w:type="gram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"Прощай, Масленица" из </w:t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оперы </w:t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Н.А.Римског</w:t>
            </w:r>
            <w:proofErr w:type="gram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gramEnd"/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Корсакова "Снегурочка" </w:t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П.И.Чайковский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"Масленица.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Февраль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цикла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Времена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года"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proofErr w:type="gram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песня "Моя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Россия" </w:t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Г.Струве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"Ой, блины,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блины, блины"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русская народная песня</w:t>
            </w:r>
            <w:proofErr w:type="gramEnd"/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"Ой, при лужку, при лужке" русская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народная 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363713">
            <w:pPr>
              <w:rPr>
                <w:lang w:val="ru-RU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праздничными обычаями, обрядами, бытовавшими ранее и сохранившимися сегодня у различных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народностей Российской Федерации</w:t>
            </w:r>
            <w:proofErr w:type="gram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268" w:after="0" w:line="250" w:lineRule="auto"/>
              <w:ind w:left="72" w:right="68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http://nachalka/info/about/193 http://nsc.1september.</w:t>
            </w:r>
          </w:p>
        </w:tc>
      </w:tr>
      <w:tr w:rsidR="00363713">
        <w:trPr>
          <w:trHeight w:hRule="exact" w:val="9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Первые артисты, народный театр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Балет "Петрушка" Стравинский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песня "Моя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Россия" </w:t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Г.Струве</w:t>
            </w:r>
            <w:proofErr w:type="spellEnd"/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"Ой, блины, блины, блины" русская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народная 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363713">
            <w:pPr>
              <w:rPr>
                <w:lang w:val="ru-RU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47" w:lineRule="auto"/>
              <w:ind w:left="72"/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 учебных,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справочных текстов по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теме.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Диалог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учителем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270" w:after="0" w:line="247" w:lineRule="auto"/>
              <w:ind w:left="72" w:right="68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http://nachalka/info/about/193 http://nsc.1september.</w:t>
            </w:r>
          </w:p>
        </w:tc>
      </w:tr>
      <w:tr w:rsidR="00363713">
        <w:trPr>
          <w:trHeight w:hRule="exact" w:val="348"/>
        </w:trPr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3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363713"/>
        </w:tc>
      </w:tr>
      <w:tr w:rsidR="00363713">
        <w:trPr>
          <w:trHeight w:hRule="exact" w:val="350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5.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Музыкальная грамота</w:t>
            </w:r>
          </w:p>
        </w:tc>
      </w:tr>
      <w:tr w:rsidR="00363713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Звукоряд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М.С.Толмачёва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"Песенка про звукоряд" </w:t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В.Герчик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"Нотный хоровод"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6" w:after="0" w:line="252" w:lineRule="auto"/>
              <w:ind w:left="72" w:right="432"/>
              <w:rPr>
                <w:lang w:val="ru-RU"/>
              </w:rPr>
            </w:pP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Г.Струве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"Песенка о гамме"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"33 родных сестрицы"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"Ой, блины, блины, блины" русская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народная 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363713">
            <w:pPr>
              <w:rPr>
                <w:lang w:val="ru-RU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элементами нотной записи.</w:t>
            </w:r>
          </w:p>
          <w:p w:rsidR="00363713" w:rsidRPr="007B54AB" w:rsidRDefault="00D34CEC">
            <w:pPr>
              <w:autoSpaceDE w:val="0"/>
              <w:autoSpaceDN w:val="0"/>
              <w:spacing w:before="18" w:after="0" w:line="252" w:lineRule="auto"/>
              <w:ind w:left="7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Различение по нотной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записи, определение на слух звукоряда в отличие от других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последовательностей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звуков</w:t>
            </w:r>
            <w:proofErr w:type="gram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268" w:after="0" w:line="250" w:lineRule="auto"/>
              <w:ind w:left="72" w:right="68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http://nachalka/info/about/193 http://nsc.1september.</w:t>
            </w:r>
          </w:p>
        </w:tc>
      </w:tr>
      <w:tr w:rsidR="00363713">
        <w:trPr>
          <w:trHeight w:hRule="exact" w:val="16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Интонация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"Адажио" </w:t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Д.Штейбельт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"Первая утрата" </w:t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Р.Шуман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Песня-игра "На лугу"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"33 родных сестрицы"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52" w:lineRule="auto"/>
              <w:ind w:left="72" w:right="432"/>
              <w:rPr>
                <w:lang w:val="ru-RU"/>
              </w:rPr>
            </w:pP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Г.Струве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"Песенка о гамме"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"33 родных сестрицы"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"Ой, блины, блины, блины" русская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народная 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363713">
            <w:pPr>
              <w:rPr>
                <w:lang w:val="ru-RU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на слух,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прослеживание по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нотной записи кратких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интонаций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изобразительного (ку-ку, тик-так и др.) и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выразительного (просьба, призыв и др.) характера</w:t>
            </w:r>
            <w:proofErr w:type="gram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270" w:after="0" w:line="247" w:lineRule="auto"/>
              <w:ind w:left="72" w:right="68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http://nachalka/info/about/193 http://nsc.1september.</w:t>
            </w:r>
          </w:p>
        </w:tc>
      </w:tr>
    </w:tbl>
    <w:p w:rsidR="00363713" w:rsidRDefault="00363713">
      <w:pPr>
        <w:autoSpaceDE w:val="0"/>
        <w:autoSpaceDN w:val="0"/>
        <w:spacing w:after="0" w:line="14" w:lineRule="exact"/>
      </w:pPr>
    </w:p>
    <w:p w:rsidR="00363713" w:rsidRDefault="00363713">
      <w:pPr>
        <w:sectPr w:rsidR="00363713">
          <w:pgSz w:w="16840" w:h="11900"/>
          <w:pgMar w:top="284" w:right="640" w:bottom="113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63713" w:rsidRDefault="00363713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406"/>
        <w:gridCol w:w="564"/>
        <w:gridCol w:w="1104"/>
        <w:gridCol w:w="1140"/>
        <w:gridCol w:w="1970"/>
        <w:gridCol w:w="1380"/>
        <w:gridCol w:w="1658"/>
        <w:gridCol w:w="804"/>
        <w:gridCol w:w="1886"/>
        <w:gridCol w:w="1080"/>
        <w:gridCol w:w="2042"/>
      </w:tblGrid>
      <w:tr w:rsidR="00363713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Ритм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Г.Свиридов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"Время,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вперёд!" </w:t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П.И.Чайковский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"Марш деревянных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солдатиков" </w:t>
            </w:r>
            <w:r w:rsidRPr="007B54AB">
              <w:rPr>
                <w:lang w:val="ru-RU"/>
              </w:rPr>
              <w:br/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С.С.Прокофьев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"Полночь" из балета "Золушка" </w:t>
            </w:r>
            <w:r w:rsidRPr="007B54AB">
              <w:rPr>
                <w:lang w:val="ru-RU"/>
              </w:rPr>
              <w:br/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Т.Левина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"Тик-так"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52" w:lineRule="auto"/>
              <w:ind w:left="72" w:right="432"/>
              <w:rPr>
                <w:lang w:val="ru-RU"/>
              </w:rPr>
            </w:pP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Г.Струве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"Песенка о гамме"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"33 родных сестрицы"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"Ой, блины, блины, блины" русская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народная 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363713">
            <w:pPr>
              <w:rPr>
                <w:lang w:val="ru-RU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«Ритмическое эхо», </w:t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прохлопывание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ритма по ритмическим карточкам, проговар</w:t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ивание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 использованием </w:t>
            </w:r>
            <w:r w:rsidRPr="007B54AB">
              <w:rPr>
                <w:lang w:val="ru-RU"/>
              </w:rPr>
              <w:br/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ритмослогов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  <w:p w:rsidR="00363713" w:rsidRPr="007B54AB" w:rsidRDefault="00D34CEC">
            <w:pPr>
              <w:autoSpaceDE w:val="0"/>
              <w:autoSpaceDN w:val="0"/>
              <w:spacing w:before="20" w:after="0" w:line="247" w:lineRule="auto"/>
              <w:jc w:val="center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Разучивание, исполнение на ударных инструментах ритмической партитуры</w:t>
            </w:r>
            <w:proofErr w:type="gram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270" w:after="0" w:line="247" w:lineRule="auto"/>
              <w:ind w:left="72" w:right="68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http://nachalka/info/about/193 http://nsc.1september.</w:t>
            </w:r>
          </w:p>
        </w:tc>
      </w:tr>
      <w:tr w:rsidR="00363713">
        <w:trPr>
          <w:trHeight w:hRule="exact" w:val="350"/>
        </w:trPr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3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363713"/>
        </w:tc>
      </w:tr>
      <w:tr w:rsidR="00363713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6.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Народная музыка России</w:t>
            </w:r>
          </w:p>
        </w:tc>
      </w:tr>
      <w:tr w:rsidR="00363713">
        <w:trPr>
          <w:trHeight w:hRule="exact" w:val="15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Край, в котором ты живёшь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Ю.Чичков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"Здравствуй,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Родина моя" </w:t>
            </w:r>
            <w:r w:rsidRPr="007B54AB">
              <w:rPr>
                <w:lang w:val="ru-RU"/>
              </w:rPr>
              <w:br/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Д.Б.Кабалевский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"Наш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край" </w:t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Г.Струве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"Моя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Россия" </w:t>
            </w:r>
            <w:r w:rsidRPr="007B54AB">
              <w:rPr>
                <w:lang w:val="ru-RU"/>
              </w:rPr>
              <w:br/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Г.Струве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"Что мы Родиной зовём"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песня "Моя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Россия" </w:t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Г.Струве</w:t>
            </w:r>
            <w:proofErr w:type="spellEnd"/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"Ой, блины, блины, блины" русская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народная 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363713">
            <w:pPr>
              <w:rPr>
                <w:lang w:val="ru-RU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исполнение образцов традиционного фольклора своей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местности, песен,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посвящённых своей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малой родине, песен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композиторов-земляков.;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268" w:after="0" w:line="250" w:lineRule="auto"/>
              <w:ind w:left="72" w:right="68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http://nachalka/info/abo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ut/193 http://nsc.1september.</w:t>
            </w:r>
          </w:p>
        </w:tc>
      </w:tr>
      <w:tr w:rsidR="00363713">
        <w:trPr>
          <w:trHeight w:hRule="exact" w:val="361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Жанры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музыкального фольклора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Кант "О, дивный остров Валаам" Колядка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Хороводная Солдатская Бурлацкая Колыбельная Частушки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песня "Моя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Россия" </w:t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Г.Струве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"33 родных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сестрицы"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"Светит месяц, светит ясный" русская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народная 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363713">
            <w:pPr>
              <w:rPr>
                <w:lang w:val="ru-RU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Различение на слух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контрастных по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характеру фольклорных жанров: колыбельная,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трудовая, лирическая,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плясовая. Определение, характеристика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типичных элементов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музыкального языка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(темп, ритм, мелодия,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динамика и др.), состава исполнител</w:t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ей</w:t>
            </w:r>
            <w:proofErr w:type="gram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.; </w:t>
            </w:r>
            <w:r w:rsidRPr="007B54AB">
              <w:rPr>
                <w:lang w:val="ru-RU"/>
              </w:rPr>
              <w:br/>
            </w:r>
            <w:proofErr w:type="gram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исполнение песен разных жанров,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относящихся к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фольклору разных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народов Российской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Федерации.;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270" w:after="0" w:line="247" w:lineRule="auto"/>
              <w:ind w:left="72" w:right="68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http://nachalka/info/about/193 http://nsc.1september.</w:t>
            </w:r>
          </w:p>
        </w:tc>
      </w:tr>
      <w:tr w:rsidR="00363713">
        <w:trPr>
          <w:trHeight w:hRule="exact" w:val="348"/>
        </w:trPr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3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363713"/>
        </w:tc>
      </w:tr>
      <w:tr w:rsidR="00363713" w:rsidRPr="007B54AB">
        <w:trPr>
          <w:trHeight w:hRule="exact" w:val="32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Модуль 7. </w:t>
            </w:r>
            <w:r w:rsidRPr="007B54A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Музыка </w:t>
            </w:r>
            <w:r w:rsidRPr="007B54A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 жизни человека</w:t>
            </w:r>
          </w:p>
        </w:tc>
      </w:tr>
    </w:tbl>
    <w:p w:rsidR="00363713" w:rsidRPr="007B54AB" w:rsidRDefault="00363713">
      <w:pPr>
        <w:autoSpaceDE w:val="0"/>
        <w:autoSpaceDN w:val="0"/>
        <w:spacing w:after="0" w:line="14" w:lineRule="exact"/>
        <w:rPr>
          <w:lang w:val="ru-RU"/>
        </w:rPr>
      </w:pPr>
    </w:p>
    <w:p w:rsidR="00363713" w:rsidRPr="007B54AB" w:rsidRDefault="00363713">
      <w:pPr>
        <w:rPr>
          <w:lang w:val="ru-RU"/>
        </w:rPr>
        <w:sectPr w:rsidR="00363713" w:rsidRPr="007B54AB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63713" w:rsidRPr="007B54AB" w:rsidRDefault="00363713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406"/>
        <w:gridCol w:w="564"/>
        <w:gridCol w:w="1104"/>
        <w:gridCol w:w="1140"/>
        <w:gridCol w:w="1970"/>
        <w:gridCol w:w="1380"/>
        <w:gridCol w:w="1658"/>
        <w:gridCol w:w="804"/>
        <w:gridCol w:w="1886"/>
        <w:gridCol w:w="1080"/>
        <w:gridCol w:w="2042"/>
      </w:tblGrid>
      <w:tr w:rsidR="00363713">
        <w:trPr>
          <w:trHeight w:hRule="exact" w:val="24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Какой же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праздник без музыки?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0.75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Музыкальные миниатюры: </w:t>
            </w:r>
            <w:proofErr w:type="gram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"Выход волка, лисы,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медведя, зайца." </w:t>
            </w:r>
            <w:r w:rsidRPr="007B54AB">
              <w:rPr>
                <w:lang w:val="ru-RU"/>
              </w:rPr>
              <w:br/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П.И.Чайковский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"Марш" из балета </w:t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"Щелкунчик"</w:t>
            </w:r>
            <w:proofErr w:type="gram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песня "Моя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Россия" </w:t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Г.Струве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"33 родных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сестрицы"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"Песенка-зарядка" В.</w:t>
            </w:r>
          </w:p>
          <w:p w:rsidR="00363713" w:rsidRPr="007B54AB" w:rsidRDefault="00D34CEC">
            <w:pPr>
              <w:autoSpaceDE w:val="0"/>
              <w:autoSpaceDN w:val="0"/>
              <w:spacing w:before="20" w:after="0" w:line="254" w:lineRule="auto"/>
              <w:ind w:left="72" w:right="288"/>
              <w:rPr>
                <w:lang w:val="ru-RU"/>
              </w:rPr>
            </w:pP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Богатырёв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Музыкальн</w:t>
            </w:r>
            <w:proofErr w:type="gram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о-</w:t>
            </w:r>
            <w:proofErr w:type="gramEnd"/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ритмическая игра "Кто живёт в лесу" Танец "Пяточка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носочек", "Ты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потопай вместе с нами топ и топ"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Музыкально-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ритмическая игра "Погремушки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363713">
            <w:pPr>
              <w:rPr>
                <w:lang w:val="ru-RU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Диалог</w:t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 учителем о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значении музыки на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празднике;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 и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исполнение тематических песен к ближайшему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празднику;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Запись </w:t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видеооткрытки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 музыкальным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поздравлением;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270" w:after="0" w:line="247" w:lineRule="auto"/>
              <w:ind w:left="72" w:right="68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http://nachalka/in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fo/about/193 http://nsc.1september.</w:t>
            </w:r>
          </w:p>
        </w:tc>
      </w:tr>
      <w:tr w:rsidR="00363713">
        <w:trPr>
          <w:trHeight w:hRule="exact" w:val="17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Танцы, игры и веселье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И.Крутой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"Первоклассники"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"Светит месяц,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светит ясный"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русская народная песня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363713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363713">
            <w:pPr>
              <w:rPr>
                <w:lang w:val="ru-RU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Слушание, исполнение музыки скерцозного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характера. Разучивание, исполнение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танцевальных движений.</w:t>
            </w:r>
          </w:p>
          <w:p w:rsidR="00363713" w:rsidRPr="007B54AB" w:rsidRDefault="00D34CEC">
            <w:pPr>
              <w:autoSpaceDE w:val="0"/>
              <w:autoSpaceDN w:val="0"/>
              <w:spacing w:before="18" w:after="0" w:line="250" w:lineRule="auto"/>
              <w:ind w:left="72" w:right="288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Танец-игра;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Проблемная ситуация: зачем люди танцуют?;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268" w:after="0" w:line="250" w:lineRule="auto"/>
              <w:ind w:left="72" w:right="68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http://nachalka/info/about/193 http://nsc.1september.</w:t>
            </w:r>
          </w:p>
        </w:tc>
      </w:tr>
      <w:tr w:rsidR="00363713">
        <w:trPr>
          <w:trHeight w:hRule="exact" w:val="348"/>
        </w:trPr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3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363713"/>
        </w:tc>
      </w:tr>
      <w:tr w:rsidR="00363713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8. 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Музыкальная грамота</w:t>
            </w:r>
          </w:p>
        </w:tc>
      </w:tr>
      <w:tr w:rsidR="00363713">
        <w:trPr>
          <w:trHeight w:hRule="exact" w:val="26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Ритмический рисунок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0.75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Д.Д.Шостакович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"Марш" Песни-</w:t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попевки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 "Андрей-воробей", "Сорок</w:t>
            </w:r>
            <w:proofErr w:type="gram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а-</w:t>
            </w:r>
            <w:proofErr w:type="gramEnd"/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ворона", "</w:t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Барашеньки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7B54AB">
              <w:rPr>
                <w:lang w:val="ru-RU"/>
              </w:rPr>
              <w:br/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крутороженьки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Дидактическая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ритмическая игра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"Музыкальные матрёшки" Электронная музыкально-дидактическая игра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"Ромашковые ритмы"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270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Плутончики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 -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исполнитель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  <w:p w:rsidR="00363713" w:rsidRDefault="00D34CEC">
            <w:pPr>
              <w:autoSpaceDE w:val="0"/>
              <w:autoSpaceDN w:val="0"/>
              <w:spacing w:before="20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Мишель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"Светит месяц, светит ясный" русская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народная 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363713">
            <w:pPr>
              <w:rPr>
                <w:lang w:val="ru-RU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на слух,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прослеживание по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нотной записи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ритмических рисунков, состоящих из различных длительностей и пауз</w:t>
            </w:r>
            <w:proofErr w:type="gram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.; </w:t>
            </w:r>
            <w:proofErr w:type="gram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Исполнение,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импровизация с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помощью звучащих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жестов (хлопки, шлепки, п</w:t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ритопы) и/или ударных инструментов простых ритмов.;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270" w:after="0" w:line="250" w:lineRule="auto"/>
              <w:ind w:left="72" w:right="68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http://nachalka/info/about/193 http://nsc.1september.</w:t>
            </w:r>
          </w:p>
        </w:tc>
      </w:tr>
      <w:tr w:rsidR="00363713">
        <w:trPr>
          <w:trHeight w:hRule="exact" w:val="20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8.2.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Музыкальный язык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опера-сказка </w:t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М.Красева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"Муха-Цокотуха"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"Капельки" </w:t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В.Павленко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Плутончики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 -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исполнитель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  <w:p w:rsidR="00363713" w:rsidRDefault="00D34CEC">
            <w:pPr>
              <w:autoSpaceDE w:val="0"/>
              <w:autoSpaceDN w:val="0"/>
              <w:spacing w:before="2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Мишель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"Светит месяц, светит ясный" русская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народная песня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363713">
            <w:pPr>
              <w:rPr>
                <w:lang w:val="ru-RU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элементами музыкального языка,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специальными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терминами, их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обозначением в нотной записи</w:t>
            </w:r>
            <w:proofErr w:type="gram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.; </w:t>
            </w:r>
            <w:r w:rsidRPr="007B54AB">
              <w:rPr>
                <w:lang w:val="ru-RU"/>
              </w:rPr>
              <w:br/>
            </w:r>
            <w:proofErr w:type="gram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изученных элементов на слух при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восприятии м</w:t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узыкальных произведений.;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270" w:after="0" w:line="247" w:lineRule="auto"/>
              <w:ind w:left="72" w:right="68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http://nachalka/info/about/193 http://nsc.1september.</w:t>
            </w:r>
          </w:p>
        </w:tc>
      </w:tr>
      <w:tr w:rsidR="00363713">
        <w:trPr>
          <w:trHeight w:hRule="exact" w:val="348"/>
        </w:trPr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3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363713"/>
        </w:tc>
      </w:tr>
      <w:tr w:rsidR="00363713">
        <w:trPr>
          <w:trHeight w:hRule="exact" w:val="32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9.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Музыка народов мира</w:t>
            </w:r>
          </w:p>
        </w:tc>
      </w:tr>
    </w:tbl>
    <w:p w:rsidR="00363713" w:rsidRDefault="00363713">
      <w:pPr>
        <w:autoSpaceDE w:val="0"/>
        <w:autoSpaceDN w:val="0"/>
        <w:spacing w:after="0" w:line="14" w:lineRule="exact"/>
      </w:pPr>
    </w:p>
    <w:p w:rsidR="00363713" w:rsidRDefault="00363713">
      <w:pPr>
        <w:sectPr w:rsidR="00363713">
          <w:pgSz w:w="16840" w:h="11900"/>
          <w:pgMar w:top="284" w:right="640" w:bottom="50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63713" w:rsidRDefault="00363713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406"/>
        <w:gridCol w:w="564"/>
        <w:gridCol w:w="1104"/>
        <w:gridCol w:w="1140"/>
        <w:gridCol w:w="1970"/>
        <w:gridCol w:w="1380"/>
        <w:gridCol w:w="1658"/>
        <w:gridCol w:w="804"/>
        <w:gridCol w:w="1886"/>
        <w:gridCol w:w="1080"/>
        <w:gridCol w:w="2042"/>
      </w:tblGrid>
      <w:tr w:rsidR="00363713">
        <w:trPr>
          <w:trHeight w:hRule="exact" w:val="271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9.1.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 наших соседей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Польские народные танцы: мазурка, краковяк, </w:t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куявяк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оберек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полонез. Польские народные песни "Висла", "Жаворонок". </w:t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Ф.Шопен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"Полонез" си бемоль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мажор и "Мазурка" ля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минор.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Плутончики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 -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исполнитель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  <w:p w:rsidR="00363713" w:rsidRDefault="00D34CEC">
            <w:pPr>
              <w:autoSpaceDE w:val="0"/>
              <w:autoSpaceDN w:val="0"/>
              <w:spacing w:before="2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Мишель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proofErr w:type="gram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"Во поле берёза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стояла" русская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народная песня "Ой, при лужку, при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лужке" русская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народная песня "Ой, блины, блины, блины" русская народная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песня "Светит месяц, с</w:t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ветит ясный" русская народная песня</w:t>
            </w:r>
            <w:proofErr w:type="gram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363713">
            <w:pPr>
              <w:rPr>
                <w:lang w:val="ru-RU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особенностями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музыкального фольклора народов других стран.</w:t>
            </w:r>
          </w:p>
          <w:p w:rsidR="00363713" w:rsidRPr="007B54AB" w:rsidRDefault="00D34CEC">
            <w:pPr>
              <w:autoSpaceDE w:val="0"/>
              <w:autoSpaceDN w:val="0"/>
              <w:spacing w:before="20" w:after="0" w:line="254" w:lineRule="auto"/>
              <w:ind w:left="7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характерных черт,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типичных элементов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музыкального языка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(ритм, лад, интонации</w:t>
            </w:r>
            <w:proofErr w:type="gram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).; </w:t>
            </w:r>
            <w:proofErr w:type="gram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внешним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видом, особенностями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исполнения и звучания народных инструментов.;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270" w:after="0" w:line="247" w:lineRule="auto"/>
              <w:ind w:left="72" w:right="68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http://nachalka/info/about/193 http://nsc.1september.</w:t>
            </w:r>
          </w:p>
        </w:tc>
      </w:tr>
      <w:tr w:rsidR="00363713">
        <w:trPr>
          <w:trHeight w:hRule="exact" w:val="348"/>
        </w:trPr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363713"/>
        </w:tc>
      </w:tr>
      <w:tr w:rsidR="00363713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10.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Музыкальная грамота</w:t>
            </w:r>
          </w:p>
        </w:tc>
      </w:tr>
      <w:tr w:rsidR="00363713">
        <w:trPr>
          <w:trHeight w:hRule="exact" w:val="30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Музыкальный язык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Опера "Волк и семеро </w:t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козлят" Коваль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Плутончики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 -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исполнитель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  <w:p w:rsidR="00363713" w:rsidRDefault="00D34CEC">
            <w:pPr>
              <w:autoSpaceDE w:val="0"/>
              <w:autoSpaceDN w:val="0"/>
              <w:spacing w:before="2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Мишель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proofErr w:type="gram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"Во поле берёза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стояла" русская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народная песня "Ой, при лужку, при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лужке" русская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народная песня "Ой, блины, блины, блины" русская народная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песня "Светит месяц, светит ясный" русская народная песня</w:t>
            </w:r>
            <w:proofErr w:type="gram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363713">
            <w:pPr>
              <w:rPr>
                <w:lang w:val="ru-RU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элементами музыкального языка,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специальными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терминами, их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обозначением в нотной записи</w:t>
            </w:r>
            <w:proofErr w:type="gram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.; </w:t>
            </w:r>
            <w:r w:rsidRPr="007B54AB">
              <w:rPr>
                <w:lang w:val="ru-RU"/>
              </w:rPr>
              <w:br/>
            </w:r>
            <w:proofErr w:type="gram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изменением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музыкального образа при изменении элементов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музыкального языка (как меняется характер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музыки при изменении темпа, динам</w:t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ики,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штрихов и т. д.).;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270" w:after="0" w:line="247" w:lineRule="auto"/>
              <w:ind w:left="72" w:right="68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http://nachalka/info/about/193 http://nsc.1september.</w:t>
            </w:r>
          </w:p>
        </w:tc>
      </w:tr>
      <w:tr w:rsidR="00363713">
        <w:trPr>
          <w:trHeight w:hRule="exact" w:val="348"/>
        </w:trPr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363713"/>
        </w:tc>
      </w:tr>
      <w:tr w:rsidR="00363713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11.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Духовная музыка</w:t>
            </w:r>
          </w:p>
        </w:tc>
      </w:tr>
      <w:tr w:rsidR="00363713">
        <w:trPr>
          <w:trHeight w:hRule="exact" w:val="32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11.1.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Инструментальная музыка в церкви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П.И.Чайковский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"Утренняя молитва" из "Детского альбома" </w:t>
            </w:r>
            <w:r w:rsidRPr="007B54AB">
              <w:rPr>
                <w:lang w:val="ru-RU"/>
              </w:rPr>
              <w:br/>
            </w: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П.И.Чайковский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"В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церкви"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Перезвоны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Прадедушка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А.Ермолов</w:t>
            </w:r>
            <w:proofErr w:type="spellEnd"/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proofErr w:type="gram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"Во поле берёза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стояла" русская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народная песня "Ой, при лужку, при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лужке" русская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народная песня "Ой, блины, блины, блины" русская народная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песня "С</w:t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ветит месяц, светит ясный" русская народная песня</w:t>
            </w:r>
            <w:proofErr w:type="gram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363713">
            <w:pPr>
              <w:rPr>
                <w:lang w:val="ru-RU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 учебных и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художественных текстов, посвящённых истории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создания, устройству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органа, его роли в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католическом и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протестантском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богослужении. Ответы на вопросы учителя</w:t>
            </w:r>
            <w:proofErr w:type="gram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.; </w:t>
            </w:r>
            <w:r w:rsidRPr="007B54AB">
              <w:rPr>
                <w:lang w:val="ru-RU"/>
              </w:rPr>
              <w:br/>
            </w:r>
            <w:proofErr w:type="gram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органной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музыки</w:t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И. С. Баха.</w:t>
            </w:r>
          </w:p>
          <w:p w:rsidR="00363713" w:rsidRPr="007B54AB" w:rsidRDefault="00D34CEC">
            <w:pPr>
              <w:autoSpaceDE w:val="0"/>
              <w:autoSpaceDN w:val="0"/>
              <w:spacing w:before="18" w:after="0" w:line="252" w:lineRule="auto"/>
              <w:ind w:left="72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Описание впечатления от восприятия,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характеристика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музыкальн</w:t>
            </w:r>
            <w:proofErr w:type="gram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о-</w:t>
            </w:r>
            <w:proofErr w:type="gramEnd"/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выразительных средств.;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270" w:after="0" w:line="247" w:lineRule="auto"/>
              <w:ind w:left="72" w:right="68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http://nachalka/info/about/193 http://nsc.1september.</w:t>
            </w:r>
          </w:p>
        </w:tc>
      </w:tr>
      <w:tr w:rsidR="00363713">
        <w:trPr>
          <w:trHeight w:hRule="exact" w:val="328"/>
        </w:trPr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363713"/>
        </w:tc>
      </w:tr>
    </w:tbl>
    <w:p w:rsidR="00363713" w:rsidRDefault="00363713">
      <w:pPr>
        <w:autoSpaceDE w:val="0"/>
        <w:autoSpaceDN w:val="0"/>
        <w:spacing w:after="0" w:line="14" w:lineRule="exact"/>
      </w:pPr>
    </w:p>
    <w:p w:rsidR="00363713" w:rsidRDefault="00363713">
      <w:pPr>
        <w:sectPr w:rsidR="00363713">
          <w:pgSz w:w="16840" w:h="11900"/>
          <w:pgMar w:top="284" w:right="640" w:bottom="29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63713" w:rsidRDefault="00363713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406"/>
        <w:gridCol w:w="564"/>
        <w:gridCol w:w="1104"/>
        <w:gridCol w:w="1140"/>
        <w:gridCol w:w="1970"/>
        <w:gridCol w:w="1380"/>
        <w:gridCol w:w="1658"/>
        <w:gridCol w:w="804"/>
        <w:gridCol w:w="1886"/>
        <w:gridCol w:w="1080"/>
        <w:gridCol w:w="2042"/>
      </w:tblGrid>
      <w:tr w:rsidR="00363713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12.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Классическая музыка</w:t>
            </w:r>
          </w:p>
        </w:tc>
      </w:tr>
      <w:tr w:rsidR="00363713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12.1.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Композиторы —детям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proofErr w:type="spell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П.И.Чайковский</w:t>
            </w:r>
            <w:proofErr w:type="spellEnd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"Детский альбом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Прадедушка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А.Ермолов</w:t>
            </w:r>
            <w:proofErr w:type="spellEnd"/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proofErr w:type="gramStart"/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"Во поле берёза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стояла" русская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народная песня "Ой, при лужку, при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лужке" русская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народная песня "Ой, блины, блины, блины" русская народная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песня "Светит месяц, светит ясный" русская народная песня</w:t>
            </w:r>
            <w:proofErr w:type="gram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363713">
            <w:pPr>
              <w:rPr>
                <w:lang w:val="ru-RU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54" w:lineRule="auto"/>
              <w:ind w:left="72"/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музыки,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определение основного характера, музыкально-выразит</w:t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ельных средств, использованных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композитором.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Подбор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эпитетов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иллюстраций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к музыке. Определение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жанра.;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Музыкальная викторина.;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270" w:after="0" w:line="247" w:lineRule="auto"/>
              <w:ind w:left="72" w:right="68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http://nachalka/info/about/193 http://nsc.1september.</w:t>
            </w:r>
          </w:p>
        </w:tc>
      </w:tr>
      <w:tr w:rsidR="00363713">
        <w:trPr>
          <w:trHeight w:hRule="exact" w:val="348"/>
        </w:trPr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363713"/>
        </w:tc>
      </w:tr>
      <w:tr w:rsidR="00363713">
        <w:trPr>
          <w:trHeight w:hRule="exact" w:val="712"/>
        </w:trPr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Pr="007B54AB" w:rsidRDefault="00D34CEC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КОЛИЧЕСТВО ЧАСОВ ПО </w:t>
            </w:r>
            <w:r w:rsidRPr="007B54AB">
              <w:rPr>
                <w:lang w:val="ru-RU"/>
              </w:rPr>
              <w:br/>
            </w:r>
            <w:r w:rsidRPr="007B54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ПРОГРАММЕ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D34C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08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3713" w:rsidRDefault="00363713"/>
        </w:tc>
      </w:tr>
    </w:tbl>
    <w:p w:rsidR="00363713" w:rsidRDefault="00363713">
      <w:pPr>
        <w:autoSpaceDE w:val="0"/>
        <w:autoSpaceDN w:val="0"/>
        <w:spacing w:after="0" w:line="14" w:lineRule="exact"/>
      </w:pPr>
    </w:p>
    <w:p w:rsidR="00363713" w:rsidRDefault="00363713">
      <w:pPr>
        <w:sectPr w:rsidR="00363713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63713" w:rsidRDefault="00363713">
      <w:pPr>
        <w:autoSpaceDE w:val="0"/>
        <w:autoSpaceDN w:val="0"/>
        <w:spacing w:after="78" w:line="220" w:lineRule="exact"/>
      </w:pPr>
      <w:bookmarkStart w:id="0" w:name="_GoBack"/>
      <w:bookmarkEnd w:id="0"/>
    </w:p>
    <w:p w:rsidR="00363713" w:rsidRDefault="00D34CEC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363713" w:rsidRDefault="00D34CEC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363713" w:rsidRPr="007B54AB" w:rsidRDefault="00D34CEC">
      <w:pPr>
        <w:autoSpaceDE w:val="0"/>
        <w:autoSpaceDN w:val="0"/>
        <w:spacing w:before="166" w:after="0" w:line="271" w:lineRule="auto"/>
        <w:ind w:right="144"/>
        <w:rPr>
          <w:lang w:val="ru-RU"/>
        </w:rPr>
      </w:pP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Музыка. 1 класс /Критская Е.Д., Сергеева Г.П., </w:t>
      </w:r>
      <w:proofErr w:type="spell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Шмагина</w:t>
      </w:r>
      <w:proofErr w:type="spell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Т.С., Акционерное общество «</w:t>
      </w:r>
      <w:proofErr w:type="spell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Издательств</w:t>
      </w:r>
      <w:proofErr w:type="gram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о«</w:t>
      </w:r>
      <w:proofErr w:type="gram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Просвещение</w:t>
      </w:r>
      <w:proofErr w:type="spell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»; </w:t>
      </w:r>
      <w:r w:rsidRPr="007B54AB">
        <w:rPr>
          <w:lang w:val="ru-RU"/>
        </w:rPr>
        <w:br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363713" w:rsidRPr="007B54AB" w:rsidRDefault="00D34CEC">
      <w:pPr>
        <w:autoSpaceDE w:val="0"/>
        <w:autoSpaceDN w:val="0"/>
        <w:spacing w:before="262" w:after="0" w:line="230" w:lineRule="auto"/>
        <w:rPr>
          <w:lang w:val="ru-RU"/>
        </w:rPr>
      </w:pPr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</w:t>
      </w:r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>Ы ДЛЯ УЧИТЕЛЯ</w:t>
      </w:r>
    </w:p>
    <w:p w:rsidR="00363713" w:rsidRPr="007B54AB" w:rsidRDefault="00D34CEC">
      <w:pPr>
        <w:autoSpaceDE w:val="0"/>
        <w:autoSpaceDN w:val="0"/>
        <w:spacing w:before="166" w:after="0" w:line="262" w:lineRule="auto"/>
        <w:ind w:right="288"/>
        <w:rPr>
          <w:lang w:val="ru-RU"/>
        </w:rPr>
      </w:pP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1. Музыка. Хрестоматия музыкального материала. 1 класс [Ноты]</w:t>
      </w:r>
      <w:proofErr w:type="gram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:</w:t>
      </w:r>
      <w:proofErr w:type="gram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пособие для учителя / сост. Е. Д. Критская. – М.</w:t>
      </w:r>
      <w:proofErr w:type="gram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:</w:t>
      </w:r>
      <w:proofErr w:type="gram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Просвещение, 2011.</w:t>
      </w:r>
    </w:p>
    <w:p w:rsidR="00363713" w:rsidRPr="007B54AB" w:rsidRDefault="00D34CEC">
      <w:pPr>
        <w:autoSpaceDE w:val="0"/>
        <w:autoSpaceDN w:val="0"/>
        <w:spacing w:before="408" w:after="0" w:line="262" w:lineRule="auto"/>
        <w:ind w:right="144"/>
        <w:rPr>
          <w:lang w:val="ru-RU"/>
        </w:rPr>
      </w:pP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2. Музыка. Фонохрестоматия. 1 класс [Электронный ресурс] / сост. Е. Д. Критская, Г. П. Сергеева, Т. С. </w:t>
      </w:r>
      <w:proofErr w:type="spell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Шмагина</w:t>
      </w:r>
      <w:proofErr w:type="spell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. – М. : Просвещение, 2010. – 1 электрон</w:t>
      </w:r>
      <w:proofErr w:type="gram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gram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о</w:t>
      </w:r>
      <w:proofErr w:type="gram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пт. диск (</w:t>
      </w:r>
      <w:r>
        <w:rPr>
          <w:rFonts w:ascii="Times New Roman" w:eastAsia="Times New Roman" w:hAnsi="Times New Roman"/>
          <w:color w:val="000000"/>
          <w:sz w:val="24"/>
        </w:rPr>
        <w:t>CD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ROM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363713" w:rsidRPr="007B54AB" w:rsidRDefault="00D34CEC">
      <w:pPr>
        <w:autoSpaceDE w:val="0"/>
        <w:autoSpaceDN w:val="0"/>
        <w:spacing w:before="406" w:after="0" w:line="262" w:lineRule="auto"/>
        <w:rPr>
          <w:lang w:val="ru-RU"/>
        </w:rPr>
      </w:pP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3. Сергеева, Г. П. Музыка. Рабочие программы. 1–4 классы [Текст] / Г. П. Сергеева, Е. Д. Критская, Т. С. </w:t>
      </w:r>
      <w:proofErr w:type="spell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Шмагина</w:t>
      </w:r>
      <w:proofErr w:type="spell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. – М.</w:t>
      </w:r>
      <w:proofErr w:type="gramStart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:</w:t>
      </w:r>
      <w:proofErr w:type="gram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Просвещение, 2011.</w:t>
      </w:r>
    </w:p>
    <w:p w:rsidR="00363713" w:rsidRPr="007B54AB" w:rsidRDefault="00D34CEC">
      <w:pPr>
        <w:autoSpaceDE w:val="0"/>
        <w:autoSpaceDN w:val="0"/>
        <w:spacing w:before="262" w:after="0" w:line="230" w:lineRule="auto"/>
        <w:rPr>
          <w:lang w:val="ru-RU"/>
        </w:rPr>
      </w:pPr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</w:t>
      </w:r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ИНТЕРНЕТ</w:t>
      </w:r>
    </w:p>
    <w:p w:rsidR="00363713" w:rsidRPr="007B54AB" w:rsidRDefault="00D34CEC">
      <w:pPr>
        <w:autoSpaceDE w:val="0"/>
        <w:autoSpaceDN w:val="0"/>
        <w:spacing w:before="166" w:after="0" w:line="262" w:lineRule="auto"/>
        <w:ind w:right="1152"/>
        <w:rPr>
          <w:lang w:val="ru-RU"/>
        </w:rPr>
      </w:pP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1. Единая коллекция Цифровых Образовательных Ресурсов. – Режим доступа: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:rsidR="00363713" w:rsidRPr="007B54AB" w:rsidRDefault="00D34CEC">
      <w:pPr>
        <w:autoSpaceDE w:val="0"/>
        <w:autoSpaceDN w:val="0"/>
        <w:spacing w:before="406" w:after="0" w:line="230" w:lineRule="auto"/>
        <w:rPr>
          <w:lang w:val="ru-RU"/>
        </w:rPr>
      </w:pP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2. Презентация уроков «Начальная школа». – Режим доступа: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nachalka</w:t>
      </w:r>
      <w:proofErr w:type="spell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info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about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/193</w:t>
      </w:r>
    </w:p>
    <w:p w:rsidR="00363713" w:rsidRPr="007B54AB" w:rsidRDefault="00D34CEC">
      <w:pPr>
        <w:autoSpaceDE w:val="0"/>
        <w:autoSpaceDN w:val="0"/>
        <w:spacing w:before="742" w:after="0" w:line="230" w:lineRule="auto"/>
        <w:rPr>
          <w:lang w:val="ru-RU"/>
        </w:rPr>
      </w:pP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3. Я иду на урок начальной школы (материалы к уроку).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 – Режим доступа: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nsc</w:t>
      </w:r>
      <w:proofErr w:type="spell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.1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september</w:t>
      </w:r>
      <w:proofErr w:type="spellEnd"/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363713" w:rsidRPr="007B54AB" w:rsidRDefault="00D34CEC">
      <w:pPr>
        <w:autoSpaceDE w:val="0"/>
        <w:autoSpaceDN w:val="0"/>
        <w:spacing w:before="742" w:after="0" w:line="230" w:lineRule="auto"/>
        <w:rPr>
          <w:lang w:val="ru-RU"/>
        </w:rPr>
      </w:pP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 xml:space="preserve">4. Российская Электронная Школа </w:t>
      </w:r>
    </w:p>
    <w:p w:rsidR="00363713" w:rsidRPr="007B54AB" w:rsidRDefault="00363713">
      <w:pPr>
        <w:rPr>
          <w:lang w:val="ru-RU"/>
        </w:rPr>
        <w:sectPr w:rsidR="00363713" w:rsidRPr="007B54AB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63713" w:rsidRPr="007B54AB" w:rsidRDefault="00363713">
      <w:pPr>
        <w:autoSpaceDE w:val="0"/>
        <w:autoSpaceDN w:val="0"/>
        <w:spacing w:after="78" w:line="220" w:lineRule="exact"/>
        <w:rPr>
          <w:lang w:val="ru-RU"/>
        </w:rPr>
      </w:pPr>
    </w:p>
    <w:p w:rsidR="00363713" w:rsidRPr="007B54AB" w:rsidRDefault="00D34CEC">
      <w:pPr>
        <w:autoSpaceDE w:val="0"/>
        <w:autoSpaceDN w:val="0"/>
        <w:spacing w:after="0" w:line="230" w:lineRule="auto"/>
        <w:rPr>
          <w:lang w:val="ru-RU"/>
        </w:rPr>
      </w:pPr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</w:t>
      </w:r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>ССА</w:t>
      </w:r>
    </w:p>
    <w:p w:rsidR="00363713" w:rsidRPr="007B54AB" w:rsidRDefault="00D34CEC">
      <w:pPr>
        <w:autoSpaceDE w:val="0"/>
        <w:autoSpaceDN w:val="0"/>
        <w:spacing w:before="346" w:after="0" w:line="302" w:lineRule="auto"/>
        <w:ind w:right="6480"/>
        <w:rPr>
          <w:lang w:val="ru-RU"/>
        </w:rPr>
      </w:pPr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7B54AB">
        <w:rPr>
          <w:lang w:val="ru-RU"/>
        </w:rPr>
        <w:br/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Компьютер, мультимедийный проектор</w:t>
      </w:r>
    </w:p>
    <w:p w:rsidR="00363713" w:rsidRPr="007B54AB" w:rsidRDefault="00D34CEC">
      <w:pPr>
        <w:autoSpaceDE w:val="0"/>
        <w:autoSpaceDN w:val="0"/>
        <w:spacing w:before="262" w:after="0" w:line="302" w:lineRule="auto"/>
        <w:ind w:right="3024"/>
        <w:rPr>
          <w:lang w:val="ru-RU"/>
        </w:rPr>
      </w:pPr>
      <w:r w:rsidRPr="007B54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 ПРАКТИЧЕСКИХ РАБОТ </w:t>
      </w:r>
      <w:r w:rsidRPr="007B54AB">
        <w:rPr>
          <w:rFonts w:ascii="Times New Roman" w:eastAsia="Times New Roman" w:hAnsi="Times New Roman"/>
          <w:color w:val="000000"/>
          <w:sz w:val="24"/>
          <w:lang w:val="ru-RU"/>
        </w:rPr>
        <w:t>Компьютер, мультимедийный проектор</w:t>
      </w:r>
    </w:p>
    <w:p w:rsidR="00363713" w:rsidRPr="007B54AB" w:rsidRDefault="00363713">
      <w:pPr>
        <w:rPr>
          <w:lang w:val="ru-RU"/>
        </w:rPr>
        <w:sectPr w:rsidR="00363713" w:rsidRPr="007B54AB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34CEC" w:rsidRPr="007B54AB" w:rsidRDefault="00D34CEC">
      <w:pPr>
        <w:rPr>
          <w:lang w:val="ru-RU"/>
        </w:rPr>
      </w:pPr>
    </w:p>
    <w:sectPr w:rsidR="00D34CEC" w:rsidRPr="007B54AB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63713"/>
    <w:rsid w:val="007B54AB"/>
    <w:rsid w:val="00AA1D8D"/>
    <w:rsid w:val="00B47730"/>
    <w:rsid w:val="00CB0664"/>
    <w:rsid w:val="00D34CE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49570DB-EB53-47E5-992E-31D92ACB7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6121</Words>
  <Characters>34892</Characters>
  <Application>Microsoft Office Word</Application>
  <DocSecurity>0</DocSecurity>
  <Lines>290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40932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Учитель</cp:lastModifiedBy>
  <cp:revision>3</cp:revision>
  <dcterms:created xsi:type="dcterms:W3CDTF">2013-12-23T23:15:00Z</dcterms:created>
  <dcterms:modified xsi:type="dcterms:W3CDTF">2022-10-25T18:18:00Z</dcterms:modified>
  <cp:category/>
</cp:coreProperties>
</file>